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6"/>
        <w:gridCol w:w="155"/>
        <w:gridCol w:w="868"/>
        <w:gridCol w:w="1017"/>
        <w:gridCol w:w="1023"/>
        <w:gridCol w:w="1019"/>
        <w:gridCol w:w="982"/>
        <w:gridCol w:w="1114"/>
        <w:gridCol w:w="1021"/>
        <w:gridCol w:w="1102"/>
        <w:gridCol w:w="879"/>
      </w:tblGrid>
      <w:tr w:rsidR="00465CF0" w:rsidRPr="008E5764" w:rsidTr="004708E8">
        <w:tc>
          <w:tcPr>
            <w:tcW w:w="11016" w:type="dxa"/>
            <w:gridSpan w:val="11"/>
          </w:tcPr>
          <w:p w:rsidR="00465CF0" w:rsidRPr="008E5764" w:rsidRDefault="00465CF0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FIELD SERVICE REPORT</w:t>
            </w:r>
          </w:p>
        </w:tc>
      </w:tr>
      <w:tr w:rsidR="002673EE" w:rsidRPr="008E5764" w:rsidTr="002673EE">
        <w:tc>
          <w:tcPr>
            <w:tcW w:w="1242" w:type="dxa"/>
            <w:gridSpan w:val="2"/>
            <w:vMerge w:val="restart"/>
            <w:tcBorders>
              <w:right w:val="nil"/>
            </w:tcBorders>
          </w:tcPr>
          <w:p w:rsidR="002673EE" w:rsidRDefault="002673EE" w:rsidP="00465CF0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noProof/>
                <w:sz w:val="18"/>
                <w:szCs w:val="18"/>
              </w:rPr>
              <w:drawing>
                <wp:inline distT="0" distB="0" distL="0" distR="0">
                  <wp:extent cx="1121308" cy="649538"/>
                  <wp:effectExtent l="0" t="0" r="0" b="0"/>
                  <wp:docPr id="2104187426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04187426" name="Picture 210418742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5824" cy="6637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A590D" w:rsidRPr="009A590D" w:rsidRDefault="009A590D" w:rsidP="009A590D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9A590D">
              <w:rPr>
                <w:rFonts w:ascii="Calibri" w:hAnsi="Calibri" w:cs="Calibri"/>
                <w:sz w:val="15"/>
                <w:szCs w:val="15"/>
              </w:rPr>
              <w:t>ISO Cer</w:t>
            </w:r>
            <w:r w:rsidR="00022F2B">
              <w:rPr>
                <w:rFonts w:ascii="Calibri" w:hAnsi="Calibri" w:cs="Calibri"/>
                <w:sz w:val="15"/>
                <w:szCs w:val="15"/>
              </w:rPr>
              <w:t>t</w:t>
            </w:r>
            <w:r w:rsidRPr="009A590D">
              <w:rPr>
                <w:rFonts w:ascii="Calibri" w:hAnsi="Calibri" w:cs="Calibri"/>
                <w:sz w:val="15"/>
                <w:szCs w:val="15"/>
              </w:rPr>
              <w:t>ified 9001-2015</w:t>
            </w:r>
          </w:p>
        </w:tc>
        <w:tc>
          <w:tcPr>
            <w:tcW w:w="6529" w:type="dxa"/>
            <w:gridSpan w:val="6"/>
            <w:vMerge w:val="restart"/>
            <w:tcBorders>
              <w:left w:val="nil"/>
            </w:tcBorders>
          </w:tcPr>
          <w:p w:rsidR="002673EE" w:rsidRPr="008E5764" w:rsidRDefault="002673EE" w:rsidP="002673EE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8E5764">
              <w:rPr>
                <w:rFonts w:ascii="Calibri" w:hAnsi="Calibri" w:cs="Calibri"/>
                <w:b/>
                <w:bCs/>
                <w:sz w:val="28"/>
                <w:szCs w:val="28"/>
              </w:rPr>
              <w:t>TriStar Engineers &amp; Services</w:t>
            </w:r>
          </w:p>
          <w:p w:rsidR="002673EE" w:rsidRDefault="002673EE" w:rsidP="00465CF0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  <w:p w:rsidR="002673EE" w:rsidRDefault="002673EE" w:rsidP="00465CF0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8E5764">
              <w:rPr>
                <w:rFonts w:ascii="Calibri" w:hAnsi="Calibri" w:cs="Calibri"/>
                <w:b/>
                <w:bCs/>
                <w:sz w:val="18"/>
                <w:szCs w:val="18"/>
              </w:rPr>
              <w:t>D-514, Kalindi Vihar, Agra M#9045254014, 4016, 4012, 9557528916</w:t>
            </w:r>
          </w:p>
          <w:p w:rsidR="002673EE" w:rsidRPr="008E5764" w:rsidRDefault="002673EE" w:rsidP="00465CF0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E5764">
              <w:rPr>
                <w:rFonts w:ascii="Calibri" w:hAnsi="Calibri" w:cs="Calibri"/>
                <w:b/>
                <w:bCs/>
                <w:sz w:val="18"/>
                <w:szCs w:val="18"/>
              </w:rPr>
              <w:t>Email- support@tristarengineer.com, tses</w:t>
            </w:r>
            <w:r w:rsidR="00022F2B">
              <w:rPr>
                <w:rFonts w:ascii="Calibri" w:hAnsi="Calibri" w:cs="Calibri"/>
                <w:b/>
                <w:bCs/>
                <w:sz w:val="18"/>
                <w:szCs w:val="18"/>
              </w:rPr>
              <w:t>agra</w:t>
            </w:r>
            <w:r w:rsidRPr="008E5764">
              <w:rPr>
                <w:rFonts w:ascii="Calibri" w:hAnsi="Calibri" w:cs="Calibri"/>
                <w:b/>
                <w:bCs/>
                <w:sz w:val="18"/>
                <w:szCs w:val="18"/>
              </w:rPr>
              <w:t>@gmail.com</w:t>
            </w: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 </w:t>
            </w:r>
          </w:p>
        </w:tc>
        <w:tc>
          <w:tcPr>
            <w:tcW w:w="3245" w:type="dxa"/>
            <w:gridSpan w:val="3"/>
          </w:tcPr>
          <w:p w:rsidR="002673EE" w:rsidRPr="008E5764" w:rsidRDefault="002673EE" w:rsidP="00465CF0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CRM ID:</w:t>
            </w: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 </w:t>
            </w:r>
            <w:r w:rsidRPr="00B96AC1">
              <w:rPr>
                <w:rFonts w:ascii="Calibri" w:hAnsi="Calibri" w:cs="Calibri"/>
                <w:sz w:val="15"/>
                <w:szCs w:val="15"/>
              </w:rPr>
              <w:t xml:space="preserve">vhvhh</w:t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2673EE" w:rsidRPr="008E5764" w:rsidTr="002673EE">
        <w:tc>
          <w:tcPr>
            <w:tcW w:w="1242" w:type="dxa"/>
            <w:gridSpan w:val="2"/>
            <w:vMerge/>
            <w:tcBorders>
              <w:right w:val="nil"/>
            </w:tcBorders>
          </w:tcPr>
          <w:p w:rsidR="002673EE" w:rsidRPr="008E5764" w:rsidRDefault="002673EE" w:rsidP="00465CF0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6529" w:type="dxa"/>
            <w:gridSpan w:val="6"/>
            <w:vMerge/>
            <w:tcBorders>
              <w:left w:val="nil"/>
            </w:tcBorders>
          </w:tcPr>
          <w:p w:rsidR="002673EE" w:rsidRPr="008E5764" w:rsidRDefault="002673EE" w:rsidP="00465CF0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085" w:type="dxa"/>
          </w:tcPr>
          <w:p w:rsidR="002673EE" w:rsidRPr="008E5764" w:rsidRDefault="002673EE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Call</w:t>
            </w:r>
          </w:p>
        </w:tc>
        <w:tc>
          <w:tcPr>
            <w:tcW w:w="1102" w:type="dxa"/>
          </w:tcPr>
          <w:p w:rsidR="002673EE" w:rsidRPr="008E5764" w:rsidRDefault="002673EE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Date</w:t>
            </w:r>
          </w:p>
        </w:tc>
        <w:tc>
          <w:tcPr>
            <w:tcW w:w="1058" w:type="dxa"/>
          </w:tcPr>
          <w:p w:rsidR="002673EE" w:rsidRPr="008E5764" w:rsidRDefault="002673EE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Time</w:t>
            </w:r>
          </w:p>
        </w:tc>
      </w:tr>
      <w:tr w:rsidR="002673EE" w:rsidRPr="008E5764" w:rsidTr="002673EE">
        <w:tc>
          <w:tcPr>
            <w:tcW w:w="1242" w:type="dxa"/>
            <w:gridSpan w:val="2"/>
            <w:vMerge/>
            <w:tcBorders>
              <w:right w:val="nil"/>
            </w:tcBorders>
          </w:tcPr>
          <w:p w:rsidR="002673EE" w:rsidRPr="008E5764" w:rsidRDefault="002673EE" w:rsidP="00465CF0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6529" w:type="dxa"/>
            <w:gridSpan w:val="6"/>
            <w:vMerge/>
            <w:tcBorders>
              <w:left w:val="nil"/>
            </w:tcBorders>
          </w:tcPr>
          <w:p w:rsidR="002673EE" w:rsidRPr="008E5764" w:rsidRDefault="002673EE" w:rsidP="00465CF0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085" w:type="dxa"/>
          </w:tcPr>
          <w:p w:rsidR="002673EE" w:rsidRPr="008E5764" w:rsidRDefault="002673EE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Received On</w:t>
            </w:r>
          </w:p>
        </w:tc>
        <w:tc>
          <w:tcPr>
            <w:tcW w:w="1102" w:type="dxa"/>
          </w:tcPr>
          <w:p w:rsidR="002673EE" w:rsidRPr="00B96AC1" w:rsidRDefault="002673EE" w:rsidP="00465CF0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 xml:space="preserve">2025-12-01</w:t>
            </w:r>
          </w:p>
        </w:tc>
        <w:tc>
          <w:tcPr>
            <w:tcW w:w="1058" w:type="dxa"/>
          </w:tcPr>
          <w:p w:rsidR="002673EE" w:rsidRPr="00B96AC1" w:rsidRDefault="002673EE" w:rsidP="00465CF0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</w:p>
        </w:tc>
      </w:tr>
      <w:tr w:rsidR="002673EE" w:rsidRPr="008E5764" w:rsidTr="002673EE">
        <w:tc>
          <w:tcPr>
            <w:tcW w:w="1242" w:type="dxa"/>
            <w:gridSpan w:val="2"/>
            <w:vMerge/>
            <w:tcBorders>
              <w:right w:val="nil"/>
            </w:tcBorders>
          </w:tcPr>
          <w:p w:rsidR="002673EE" w:rsidRPr="008E5764" w:rsidRDefault="002673EE" w:rsidP="00465CF0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6529" w:type="dxa"/>
            <w:gridSpan w:val="6"/>
            <w:vMerge/>
            <w:tcBorders>
              <w:left w:val="nil"/>
            </w:tcBorders>
          </w:tcPr>
          <w:p w:rsidR="002673EE" w:rsidRPr="008E5764" w:rsidRDefault="002673EE" w:rsidP="00465CF0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085" w:type="dxa"/>
          </w:tcPr>
          <w:p w:rsidR="002673EE" w:rsidRPr="008E5764" w:rsidRDefault="002673EE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Attended On</w:t>
            </w:r>
          </w:p>
        </w:tc>
        <w:tc>
          <w:tcPr>
            <w:tcW w:w="1102" w:type="dxa"/>
          </w:tcPr>
          <w:p w:rsidR="002673EE" w:rsidRPr="00B96AC1" w:rsidRDefault="002673EE" w:rsidP="00465CF0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 xml:space="preserve">2025-12-03</w:t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1058" w:type="dxa"/>
          </w:tcPr>
          <w:p w:rsidR="002673EE" w:rsidRPr="00B96AC1" w:rsidRDefault="002673EE" w:rsidP="00465CF0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</w:p>
        </w:tc>
      </w:tr>
      <w:tr w:rsidR="002673EE" w:rsidRPr="008E5764" w:rsidTr="002673EE">
        <w:tc>
          <w:tcPr>
            <w:tcW w:w="1242" w:type="dxa"/>
            <w:gridSpan w:val="2"/>
            <w:vMerge/>
            <w:tcBorders>
              <w:right w:val="nil"/>
            </w:tcBorders>
          </w:tcPr>
          <w:p w:rsidR="002673EE" w:rsidRPr="008E5764" w:rsidRDefault="002673EE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6529" w:type="dxa"/>
            <w:gridSpan w:val="6"/>
            <w:vMerge/>
            <w:tcBorders>
              <w:left w:val="nil"/>
            </w:tcBorders>
          </w:tcPr>
          <w:p w:rsidR="002673EE" w:rsidRPr="008E5764" w:rsidRDefault="002673EE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085" w:type="dxa"/>
          </w:tcPr>
          <w:p w:rsidR="002673EE" w:rsidRPr="008E5764" w:rsidRDefault="002673EE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Cognised On</w:t>
            </w:r>
          </w:p>
        </w:tc>
        <w:tc>
          <w:tcPr>
            <w:tcW w:w="1102" w:type="dxa"/>
          </w:tcPr>
          <w:p w:rsidR="002673EE" w:rsidRPr="00B96AC1" w:rsidRDefault="002673EE" w:rsidP="00465CF0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 xml:space="preserve">2025-12-05</w:t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1058" w:type="dxa"/>
          </w:tcPr>
          <w:p w:rsidR="002673EE" w:rsidRPr="00B96AC1" w:rsidRDefault="002673EE" w:rsidP="00465CF0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</w:p>
        </w:tc>
      </w:tr>
      <w:tr w:rsidR="002673EE" w:rsidRPr="008E5764" w:rsidTr="00ED500A">
        <w:tc>
          <w:tcPr>
            <w:tcW w:w="6436" w:type="dxa"/>
            <w:gridSpan w:val="7"/>
            <w:vMerge w:val="restart"/>
          </w:tcPr>
          <w:p w:rsidR="003F2D4D" w:rsidRPr="008E5764" w:rsidRDefault="00053A22" w:rsidP="00053A22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Customer Name &amp; Address</w:t>
            </w:r>
            <w:proofErr w:type="gramStart"/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:</w:t>
            </w:r>
            <w:r w:rsidR="00B96AC1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  </w:t>
            </w:r>
            <w:r w:rsidR="00B96AC1" w:rsidRPr="00E172B9">
              <w:rPr>
                <w:rFonts w:ascii="Calibri" w:hAnsi="Calibri" w:cs="Calibri"/>
                <w:b/>
                <w:bCs/>
                <w:sz w:val="21"/>
                <w:szCs w:val="21"/>
              </w:rPr>
              <w:t xml:space="preserve">chhjjb</w:t>
            </w:r>
            <w:proofErr w:type="gramEnd"/>
            <w:r w:rsidR="002F6812" w:rsidRPr="00E172B9">
              <w:rPr>
                <w:rFonts w:ascii="Calibri" w:hAnsi="Calibri" w:cs="Calibri"/>
                <w:b/>
                <w:bCs/>
                <w:sz w:val="21"/>
                <w:szCs w:val="21"/>
              </w:rPr>
              <w:t/>
            </w:r>
            <w:r w:rsidR="00B96AC1" w:rsidRPr="00E172B9">
              <w:rPr>
                <w:rFonts w:ascii="Calibri" w:hAnsi="Calibri" w:cs="Calibri"/>
                <w:b/>
                <w:bCs/>
                <w:sz w:val="21"/>
                <w:szCs w:val="21"/>
              </w:rPr>
              <w:t/>
            </w:r>
          </w:p>
        </w:tc>
        <w:tc>
          <w:tcPr>
            <w:tcW w:w="1335" w:type="dxa"/>
          </w:tcPr>
          <w:p w:rsidR="003F2D4D" w:rsidRPr="008E5764" w:rsidRDefault="003F2D4D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Contact Person</w:t>
            </w:r>
          </w:p>
        </w:tc>
        <w:tc>
          <w:tcPr>
            <w:tcW w:w="3245" w:type="dxa"/>
            <w:gridSpan w:val="3"/>
          </w:tcPr>
          <w:p w:rsidR="003F2D4D" w:rsidRPr="00B96AC1" w:rsidRDefault="00B96AC1" w:rsidP="00465CF0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 xml:space="preserve">chhjj</w:t>
            </w:r>
            <w:r w:rsidR="002F6812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2673EE" w:rsidRPr="008E5764" w:rsidTr="00ED500A">
        <w:tc>
          <w:tcPr>
            <w:tcW w:w="6436" w:type="dxa"/>
            <w:gridSpan w:val="7"/>
            <w:vMerge/>
          </w:tcPr>
          <w:p w:rsidR="003F2D4D" w:rsidRPr="008E5764" w:rsidRDefault="003F2D4D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335" w:type="dxa"/>
          </w:tcPr>
          <w:p w:rsidR="003F2D4D" w:rsidRPr="008E5764" w:rsidRDefault="003F2D4D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Contact Number</w:t>
            </w:r>
          </w:p>
        </w:tc>
        <w:tc>
          <w:tcPr>
            <w:tcW w:w="3245" w:type="dxa"/>
            <w:gridSpan w:val="3"/>
          </w:tcPr>
          <w:p w:rsidR="003F2D4D" w:rsidRPr="00B96AC1" w:rsidRDefault="00B96AC1" w:rsidP="00465CF0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 xml:space="preserve">8682886</w:t>
            </w:r>
            <w:r w:rsidR="002F6812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2673EE" w:rsidRPr="008E5764" w:rsidTr="00ED500A">
        <w:tc>
          <w:tcPr>
            <w:tcW w:w="6436" w:type="dxa"/>
            <w:gridSpan w:val="7"/>
            <w:vMerge/>
          </w:tcPr>
          <w:p w:rsidR="003F2D4D" w:rsidRPr="008E5764" w:rsidRDefault="003F2D4D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335" w:type="dxa"/>
          </w:tcPr>
          <w:p w:rsidR="003F2D4D" w:rsidRPr="008E5764" w:rsidRDefault="003F2D4D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Email ID</w:t>
            </w:r>
          </w:p>
        </w:tc>
        <w:tc>
          <w:tcPr>
            <w:tcW w:w="3245" w:type="dxa"/>
            <w:gridSpan w:val="3"/>
          </w:tcPr>
          <w:p w:rsidR="003F2D4D" w:rsidRPr="00B96AC1" w:rsidRDefault="00B96AC1" w:rsidP="00465CF0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 xml:space="preserve">fhckbnh@gmail.com</w:t>
            </w:r>
            <w:r w:rsidR="002F6812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2673EE" w:rsidRPr="008E5764" w:rsidTr="00ED500A">
        <w:tc>
          <w:tcPr>
            <w:tcW w:w="6436" w:type="dxa"/>
            <w:gridSpan w:val="7"/>
            <w:vMerge/>
          </w:tcPr>
          <w:p w:rsidR="003F2D4D" w:rsidRPr="008E5764" w:rsidRDefault="003F2D4D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335" w:type="dxa"/>
          </w:tcPr>
          <w:p w:rsidR="003F2D4D" w:rsidRPr="008E5764" w:rsidRDefault="003F2D4D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Website</w:t>
            </w:r>
          </w:p>
        </w:tc>
        <w:tc>
          <w:tcPr>
            <w:tcW w:w="3245" w:type="dxa"/>
            <w:gridSpan w:val="3"/>
          </w:tcPr>
          <w:p w:rsidR="003F2D4D" w:rsidRPr="00B96AC1" w:rsidRDefault="00B96AC1" w:rsidP="00465CF0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/>
            </w:r>
            <w:r w:rsidR="002F6812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3F2D4D" w:rsidRPr="008E5764" w:rsidTr="00137FDF">
        <w:tc>
          <w:tcPr>
            <w:tcW w:w="11016" w:type="dxa"/>
            <w:gridSpan w:val="11"/>
          </w:tcPr>
          <w:p w:rsidR="003F2D4D" w:rsidRPr="008E5764" w:rsidRDefault="003F2D4D" w:rsidP="003F2D4D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Nature of Complaints: </w:t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 xml:space="preserve">Break Down, Other, Unit Station Warranty</w:t>
            </w:r>
            <w:r w:rsidR="002F6812">
              <w:rPr>
                <w:rFonts w:ascii="Calibri" w:hAnsi="Calibri" w:cs="Calibri"/>
                <w:sz w:val="15"/>
                <w:szCs w:val="15"/>
              </w:rPr>
              <w:t/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2673EE" w:rsidRPr="008E5764" w:rsidTr="00ED500A">
        <w:tc>
          <w:tcPr>
            <w:tcW w:w="4362" w:type="dxa"/>
            <w:gridSpan w:val="5"/>
          </w:tcPr>
          <w:p w:rsidR="003F2D4D" w:rsidRPr="00B96AC1" w:rsidRDefault="003F2D4D" w:rsidP="003F2D4D">
            <w:pPr>
              <w:rPr>
                <w:rFonts w:ascii="Calibri" w:hAnsi="Calibri" w:cs="Calibri"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Serial Number</w:t>
            </w:r>
            <w:r w:rsidR="00B96AC1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: </w:t>
            </w:r>
            <w:r w:rsidR="00B96AC1">
              <w:rPr>
                <w:rFonts w:ascii="Calibri" w:hAnsi="Calibri" w:cs="Calibri"/>
                <w:sz w:val="15"/>
                <w:szCs w:val="15"/>
              </w:rPr>
              <w:t xml:space="preserve">undefined</w:t>
            </w:r>
            <w:r w:rsidR="002F6812">
              <w:rPr>
                <w:rFonts w:ascii="Calibri" w:hAnsi="Calibri" w:cs="Calibri"/>
                <w:sz w:val="15"/>
                <w:szCs w:val="15"/>
              </w:rPr>
              <w:t/>
            </w:r>
            <w:r w:rsid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3409" w:type="dxa"/>
            <w:gridSpan w:val="3"/>
          </w:tcPr>
          <w:p w:rsidR="003F2D4D" w:rsidRPr="008E5764" w:rsidRDefault="003F2D4D" w:rsidP="003F2D4D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Model</w:t>
            </w:r>
            <w:r w:rsidR="00B96AC1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: </w:t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 xml:space="preserve">vhj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3245" w:type="dxa"/>
            <w:gridSpan w:val="3"/>
          </w:tcPr>
          <w:p w:rsidR="003F2D4D" w:rsidRPr="008E5764" w:rsidRDefault="003F2D4D" w:rsidP="003F2D4D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Capic</w:t>
            </w:r>
            <w:r w:rsidR="00B96AC1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: </w:t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 xml:space="preserve">vhjj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3F2D4D" w:rsidRPr="008E5764" w:rsidTr="003519B3">
        <w:tc>
          <w:tcPr>
            <w:tcW w:w="11016" w:type="dxa"/>
            <w:gridSpan w:val="11"/>
          </w:tcPr>
          <w:p w:rsidR="003F2D4D" w:rsidRPr="008E5764" w:rsidRDefault="003F2D4D" w:rsidP="003F2D4D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Product</w:t>
            </w:r>
            <w:r w:rsidR="00B96AC1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: </w:t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 xml:space="preserve">Battery, AHF</w:t>
            </w:r>
            <w:r w:rsidR="002F6812">
              <w:rPr>
                <w:rFonts w:ascii="Calibri" w:hAnsi="Calibri" w:cs="Calibri"/>
                <w:sz w:val="15"/>
                <w:szCs w:val="15"/>
              </w:rPr>
              <w:t/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3F2D4D" w:rsidRPr="008E5764" w:rsidTr="00710C67">
        <w:tc>
          <w:tcPr>
            <w:tcW w:w="11016" w:type="dxa"/>
            <w:gridSpan w:val="11"/>
          </w:tcPr>
          <w:p w:rsidR="003F2D4D" w:rsidRPr="00B96AC1" w:rsidRDefault="003F2D4D" w:rsidP="002F6812">
            <w:pPr>
              <w:tabs>
                <w:tab w:val="left" w:pos="2073"/>
              </w:tabs>
              <w:rPr>
                <w:rFonts w:ascii="Calibri" w:hAnsi="Calibri" w:cs="Calibri"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Configuration</w:t>
            </w:r>
            <w:r w:rsidR="00B96AC1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: </w:t>
            </w:r>
            <w:r w:rsidR="00B96AC1">
              <w:rPr>
                <w:rFonts w:ascii="Calibri" w:hAnsi="Calibri" w:cs="Calibri"/>
                <w:sz w:val="15"/>
                <w:szCs w:val="15"/>
              </w:rPr>
              <w:t xml:space="preserve">Parallel, Hot Standby</w:t>
            </w:r>
            <w:r w:rsidR="002F6812">
              <w:rPr>
                <w:rFonts w:ascii="Calibri" w:hAnsi="Calibri" w:cs="Calibri"/>
                <w:sz w:val="15"/>
                <w:szCs w:val="15"/>
              </w:rPr>
              <w:t/>
            </w:r>
            <w:r w:rsidR="00B96AC1">
              <w:rPr>
                <w:rFonts w:ascii="Calibri" w:hAnsi="Calibri" w:cs="Calibri"/>
                <w:sz w:val="15"/>
                <w:szCs w:val="15"/>
              </w:rPr>
              <w:t/>
            </w:r>
            <w:r w:rsidR="002F6812">
              <w:rPr>
                <w:rFonts w:ascii="Calibri" w:hAnsi="Calibri" w:cs="Calibri"/>
                <w:sz w:val="15"/>
                <w:szCs w:val="15"/>
              </w:rPr>
              <w:tab/>
            </w:r>
          </w:p>
        </w:tc>
      </w:tr>
      <w:tr w:rsidR="003F2D4D" w:rsidRPr="008E5764" w:rsidTr="0033313B">
        <w:tc>
          <w:tcPr>
            <w:tcW w:w="11016" w:type="dxa"/>
            <w:gridSpan w:val="11"/>
          </w:tcPr>
          <w:p w:rsidR="003F2D4D" w:rsidRPr="008E5764" w:rsidRDefault="003F2D4D" w:rsidP="003F2D4D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Battery Details</w:t>
            </w:r>
            <w:r w:rsidR="00B96AC1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: </w:t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 xml:space="preserve">Type: vhjj, AH: VT nhn, No of Batteries: 86985969, Make: vbjbjh, Batch No: vhjjj, No of Strings: vujjjb</w:t>
            </w:r>
            <w:r w:rsidR="002F6812">
              <w:rPr>
                <w:rFonts w:ascii="Calibri" w:hAnsi="Calibri" w:cs="Calibri"/>
                <w:sz w:val="15"/>
                <w:szCs w:val="15"/>
              </w:rPr>
              <w:t/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B96AC1" w:rsidRPr="008E5764" w:rsidTr="00ED500A">
        <w:tc>
          <w:tcPr>
            <w:tcW w:w="1087" w:type="dxa"/>
          </w:tcPr>
          <w:p w:rsidR="00B96AC1" w:rsidRPr="008E5764" w:rsidRDefault="00B96AC1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Type of Faults</w:t>
            </w:r>
          </w:p>
        </w:tc>
        <w:tc>
          <w:tcPr>
            <w:tcW w:w="9929" w:type="dxa"/>
            <w:gridSpan w:val="10"/>
          </w:tcPr>
          <w:p w:rsidR="00B96AC1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 xml:space="preserve">Rectifier, Static Switch, Tripping</w:t>
            </w:r>
            <w:r w:rsidR="002F6812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3F2D4D" w:rsidRPr="008E5764" w:rsidTr="00ED500A">
        <w:trPr>
          <w:trHeight w:val="376"/>
        </w:trPr>
        <w:tc>
          <w:tcPr>
            <w:tcW w:w="2179" w:type="dxa"/>
            <w:gridSpan w:val="3"/>
          </w:tcPr>
          <w:p w:rsidR="003F2D4D" w:rsidRPr="008E5764" w:rsidRDefault="003F2D4D" w:rsidP="00465CF0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8E5764">
              <w:rPr>
                <w:rFonts w:ascii="Calibri" w:hAnsi="Calibri" w:cs="Calibri"/>
                <w:b/>
                <w:bCs/>
                <w:sz w:val="18"/>
                <w:szCs w:val="18"/>
              </w:rPr>
              <w:t>Complaint Details</w:t>
            </w:r>
          </w:p>
        </w:tc>
        <w:tc>
          <w:tcPr>
            <w:tcW w:w="8837" w:type="dxa"/>
            <w:gridSpan w:val="8"/>
          </w:tcPr>
          <w:p w:rsidR="003F2D4D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 xml:space="preserve">fhhbj</w:t>
            </w:r>
            <w:r w:rsidR="002F6812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3F2D4D" w:rsidRPr="008E5764" w:rsidTr="00ED500A">
        <w:trPr>
          <w:trHeight w:val="376"/>
        </w:trPr>
        <w:tc>
          <w:tcPr>
            <w:tcW w:w="2179" w:type="dxa"/>
            <w:gridSpan w:val="3"/>
          </w:tcPr>
          <w:p w:rsidR="003F2D4D" w:rsidRPr="008E5764" w:rsidRDefault="003F2D4D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Diagnosis / Observation:</w:t>
            </w:r>
          </w:p>
        </w:tc>
        <w:tc>
          <w:tcPr>
            <w:tcW w:w="8837" w:type="dxa"/>
            <w:gridSpan w:val="8"/>
          </w:tcPr>
          <w:p w:rsidR="003F2D4D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 xml:space="preserve">guhjjj</w:t>
            </w:r>
            <w:r w:rsidR="002F6812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3F2D4D" w:rsidRPr="008E5764" w:rsidTr="00ED500A">
        <w:trPr>
          <w:trHeight w:val="376"/>
        </w:trPr>
        <w:tc>
          <w:tcPr>
            <w:tcW w:w="2179" w:type="dxa"/>
            <w:gridSpan w:val="3"/>
          </w:tcPr>
          <w:p w:rsidR="003F2D4D" w:rsidRPr="008E5764" w:rsidRDefault="003F2D4D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Collective Action / Remarks</w:t>
            </w:r>
          </w:p>
        </w:tc>
        <w:tc>
          <w:tcPr>
            <w:tcW w:w="8837" w:type="dxa"/>
            <w:gridSpan w:val="8"/>
          </w:tcPr>
          <w:p w:rsidR="003F2D4D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 xml:space="preserve">gujbj</w:t>
            </w:r>
            <w:r w:rsidR="002F6812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2673EE" w:rsidRPr="008E5764" w:rsidTr="00ED500A">
        <w:tc>
          <w:tcPr>
            <w:tcW w:w="1087" w:type="dxa"/>
          </w:tcPr>
          <w:p w:rsidR="00D75F85" w:rsidRPr="008E5764" w:rsidRDefault="00D75F85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3275" w:type="dxa"/>
            <w:gridSpan w:val="4"/>
          </w:tcPr>
          <w:p w:rsidR="00D75F85" w:rsidRPr="008E5764" w:rsidRDefault="00D75F85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I/P Volts</w:t>
            </w:r>
          </w:p>
        </w:tc>
        <w:tc>
          <w:tcPr>
            <w:tcW w:w="2074" w:type="dxa"/>
            <w:gridSpan w:val="2"/>
          </w:tcPr>
          <w:p w:rsidR="00D75F85" w:rsidRPr="008E5764" w:rsidRDefault="00D75F85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DC Output</w:t>
            </w:r>
          </w:p>
        </w:tc>
        <w:tc>
          <w:tcPr>
            <w:tcW w:w="1335" w:type="dxa"/>
          </w:tcPr>
          <w:p w:rsidR="00D75F85" w:rsidRPr="008E5764" w:rsidRDefault="00D75F85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2187" w:type="dxa"/>
            <w:gridSpan w:val="2"/>
          </w:tcPr>
          <w:p w:rsidR="00D75F85" w:rsidRPr="008E5764" w:rsidRDefault="00D75F85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Battery</w:t>
            </w:r>
          </w:p>
        </w:tc>
        <w:tc>
          <w:tcPr>
            <w:tcW w:w="1058" w:type="dxa"/>
          </w:tcPr>
          <w:p w:rsidR="00D75F85" w:rsidRPr="008E5764" w:rsidRDefault="00D75F85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2673EE" w:rsidRPr="008E5764" w:rsidTr="00ED500A">
        <w:tc>
          <w:tcPr>
            <w:tcW w:w="1087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Important</w:t>
            </w:r>
          </w:p>
        </w:tc>
        <w:tc>
          <w:tcPr>
            <w:tcW w:w="1092" w:type="dxa"/>
            <w:gridSpan w:val="2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RN</w:t>
            </w:r>
          </w:p>
        </w:tc>
        <w:tc>
          <w:tcPr>
            <w:tcW w:w="1091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YN</w:t>
            </w:r>
          </w:p>
        </w:tc>
        <w:tc>
          <w:tcPr>
            <w:tcW w:w="1092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BN</w:t>
            </w:r>
          </w:p>
        </w:tc>
        <w:tc>
          <w:tcPr>
            <w:tcW w:w="1092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VOLT</w:t>
            </w:r>
          </w:p>
        </w:tc>
        <w:tc>
          <w:tcPr>
            <w:tcW w:w="982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AMP</w:t>
            </w:r>
          </w:p>
        </w:tc>
        <w:tc>
          <w:tcPr>
            <w:tcW w:w="1335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085" w:type="dxa"/>
          </w:tcPr>
          <w:p w:rsidR="0029530E" w:rsidRPr="008E5764" w:rsidRDefault="00D75F85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VOLT</w:t>
            </w:r>
          </w:p>
        </w:tc>
        <w:tc>
          <w:tcPr>
            <w:tcW w:w="1102" w:type="dxa"/>
          </w:tcPr>
          <w:p w:rsidR="0029530E" w:rsidRPr="008E5764" w:rsidRDefault="00D75F85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AMP</w:t>
            </w:r>
          </w:p>
        </w:tc>
        <w:tc>
          <w:tcPr>
            <w:tcW w:w="1058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2673EE" w:rsidRPr="008E5764" w:rsidTr="00ED500A">
        <w:tc>
          <w:tcPr>
            <w:tcW w:w="1087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Parameters</w:t>
            </w:r>
          </w:p>
        </w:tc>
        <w:tc>
          <w:tcPr>
            <w:tcW w:w="1092" w:type="dxa"/>
            <w:gridSpan w:val="2"/>
          </w:tcPr>
          <w:p w:rsidR="0029530E" w:rsidRPr="00B96AC1" w:rsidRDefault="00B96AC1" w:rsidP="0029530E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 xml:space="preserve">thbb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1091" w:type="dxa"/>
          </w:tcPr>
          <w:p w:rsidR="0029530E" w:rsidRPr="00B96AC1" w:rsidRDefault="00B96AC1" w:rsidP="0029530E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 xml:space="preserve">vhjj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ED500A">
              <w:rPr>
                <w:rFonts w:ascii="Calibri" w:hAnsi="Calibri" w:cs="Calibri"/>
                <w:sz w:val="15"/>
                <w:szCs w:val="15"/>
              </w:rPr>
              <w:t/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1092" w:type="dxa"/>
          </w:tcPr>
          <w:p w:rsidR="0029530E" w:rsidRPr="00B96AC1" w:rsidRDefault="00B96AC1" w:rsidP="0029530E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 xml:space="preserve">999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ED500A">
              <w:rPr>
                <w:rFonts w:ascii="Calibri" w:hAnsi="Calibri" w:cs="Calibri"/>
                <w:sz w:val="15"/>
                <w:szCs w:val="15"/>
              </w:rPr>
              <w:t/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1092" w:type="dxa"/>
          </w:tcPr>
          <w:p w:rsidR="0029530E" w:rsidRPr="00B96AC1" w:rsidRDefault="00B96AC1" w:rsidP="0029530E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 xml:space="preserve">ghhjb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982" w:type="dxa"/>
          </w:tcPr>
          <w:p w:rsidR="0029530E" w:rsidRPr="00B96AC1" w:rsidRDefault="00B96AC1" w:rsidP="0029530E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 xml:space="preserve">chhjj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ED500A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1335" w:type="dxa"/>
          </w:tcPr>
          <w:p w:rsidR="0029530E" w:rsidRPr="00B96AC1" w:rsidRDefault="0029530E" w:rsidP="0029530E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</w:p>
        </w:tc>
        <w:tc>
          <w:tcPr>
            <w:tcW w:w="1085" w:type="dxa"/>
          </w:tcPr>
          <w:p w:rsidR="0029530E" w:rsidRPr="00B96AC1" w:rsidRDefault="00B96AC1" w:rsidP="0029530E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 xml:space="preserve">fhhjjj</w:t>
            </w:r>
            <w:r w:rsidR="00ED500A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1102" w:type="dxa"/>
          </w:tcPr>
          <w:p w:rsidR="0029530E" w:rsidRPr="00B96AC1" w:rsidRDefault="00B96AC1" w:rsidP="0029530E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 xml:space="preserve">chhjj</w:t>
            </w:r>
            <w:r w:rsidR="00ED500A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1058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2673EE" w:rsidRPr="008E5764" w:rsidTr="00ED500A">
        <w:tc>
          <w:tcPr>
            <w:tcW w:w="1087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092" w:type="dxa"/>
            <w:gridSpan w:val="2"/>
          </w:tcPr>
          <w:p w:rsidR="0029530E" w:rsidRPr="00B96AC1" w:rsidRDefault="0029530E" w:rsidP="0029530E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</w:p>
        </w:tc>
        <w:tc>
          <w:tcPr>
            <w:tcW w:w="1091" w:type="dxa"/>
          </w:tcPr>
          <w:p w:rsidR="0029530E" w:rsidRPr="00B96AC1" w:rsidRDefault="0029530E" w:rsidP="0029530E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</w:p>
        </w:tc>
        <w:tc>
          <w:tcPr>
            <w:tcW w:w="1092" w:type="dxa"/>
          </w:tcPr>
          <w:p w:rsidR="0029530E" w:rsidRPr="00B96AC1" w:rsidRDefault="0029530E" w:rsidP="0029530E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</w:p>
        </w:tc>
        <w:tc>
          <w:tcPr>
            <w:tcW w:w="1092" w:type="dxa"/>
          </w:tcPr>
          <w:p w:rsidR="0029530E" w:rsidRPr="00B96AC1" w:rsidRDefault="0029530E" w:rsidP="0029530E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</w:p>
        </w:tc>
        <w:tc>
          <w:tcPr>
            <w:tcW w:w="982" w:type="dxa"/>
          </w:tcPr>
          <w:p w:rsidR="0029530E" w:rsidRPr="00B96AC1" w:rsidRDefault="0029530E" w:rsidP="0029530E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</w:p>
        </w:tc>
        <w:tc>
          <w:tcPr>
            <w:tcW w:w="1335" w:type="dxa"/>
          </w:tcPr>
          <w:p w:rsidR="0029530E" w:rsidRPr="00B96AC1" w:rsidRDefault="0029530E" w:rsidP="0029530E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</w:p>
        </w:tc>
        <w:tc>
          <w:tcPr>
            <w:tcW w:w="1085" w:type="dxa"/>
          </w:tcPr>
          <w:p w:rsidR="0029530E" w:rsidRPr="00B96AC1" w:rsidRDefault="0029530E" w:rsidP="0029530E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</w:p>
        </w:tc>
        <w:tc>
          <w:tcPr>
            <w:tcW w:w="1102" w:type="dxa"/>
          </w:tcPr>
          <w:p w:rsidR="0029530E" w:rsidRPr="00B96AC1" w:rsidRDefault="0029530E" w:rsidP="0029530E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</w:p>
        </w:tc>
        <w:tc>
          <w:tcPr>
            <w:tcW w:w="1058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2673EE" w:rsidRPr="008E5764" w:rsidTr="00ED500A">
        <w:tc>
          <w:tcPr>
            <w:tcW w:w="1087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3275" w:type="dxa"/>
            <w:gridSpan w:val="4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O/P Volts</w:t>
            </w:r>
          </w:p>
        </w:tc>
        <w:tc>
          <w:tcPr>
            <w:tcW w:w="3409" w:type="dxa"/>
            <w:gridSpan w:val="3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O/P AMPS</w:t>
            </w:r>
          </w:p>
        </w:tc>
        <w:tc>
          <w:tcPr>
            <w:tcW w:w="2187" w:type="dxa"/>
            <w:gridSpan w:val="2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I/P Earth Volt</w:t>
            </w:r>
          </w:p>
        </w:tc>
        <w:tc>
          <w:tcPr>
            <w:tcW w:w="1058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2673EE" w:rsidRPr="008E5764" w:rsidTr="00ED500A">
        <w:tc>
          <w:tcPr>
            <w:tcW w:w="1087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Important</w:t>
            </w:r>
          </w:p>
        </w:tc>
        <w:tc>
          <w:tcPr>
            <w:tcW w:w="1092" w:type="dxa"/>
            <w:gridSpan w:val="2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RN</w:t>
            </w:r>
          </w:p>
        </w:tc>
        <w:tc>
          <w:tcPr>
            <w:tcW w:w="1091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YN</w:t>
            </w:r>
          </w:p>
        </w:tc>
        <w:tc>
          <w:tcPr>
            <w:tcW w:w="1092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BN</w:t>
            </w:r>
          </w:p>
        </w:tc>
        <w:tc>
          <w:tcPr>
            <w:tcW w:w="1092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R</w:t>
            </w:r>
          </w:p>
        </w:tc>
        <w:tc>
          <w:tcPr>
            <w:tcW w:w="982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Y</w:t>
            </w:r>
          </w:p>
        </w:tc>
        <w:tc>
          <w:tcPr>
            <w:tcW w:w="1335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B</w:t>
            </w:r>
          </w:p>
        </w:tc>
        <w:tc>
          <w:tcPr>
            <w:tcW w:w="1085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PE</w:t>
            </w:r>
          </w:p>
        </w:tc>
        <w:tc>
          <w:tcPr>
            <w:tcW w:w="1102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NE</w:t>
            </w:r>
          </w:p>
        </w:tc>
        <w:tc>
          <w:tcPr>
            <w:tcW w:w="1058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2673EE" w:rsidRPr="008E5764" w:rsidTr="00ED500A">
        <w:tc>
          <w:tcPr>
            <w:tcW w:w="1087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Parameters</w:t>
            </w:r>
          </w:p>
        </w:tc>
        <w:tc>
          <w:tcPr>
            <w:tcW w:w="1092" w:type="dxa"/>
            <w:gridSpan w:val="2"/>
          </w:tcPr>
          <w:p w:rsidR="0029530E" w:rsidRPr="008E5764" w:rsidRDefault="00B96AC1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 xml:space="preserve">ghhhj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1091" w:type="dxa"/>
          </w:tcPr>
          <w:p w:rsidR="0029530E" w:rsidRPr="008E5764" w:rsidRDefault="00B96AC1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 xml:space="preserve">fhhh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ED500A">
              <w:rPr>
                <w:rFonts w:ascii="Calibri" w:hAnsi="Calibri" w:cs="Calibri"/>
                <w:sz w:val="15"/>
                <w:szCs w:val="15"/>
              </w:rPr>
              <w:t/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1092" w:type="dxa"/>
          </w:tcPr>
          <w:p w:rsidR="0029530E" w:rsidRPr="008E5764" w:rsidRDefault="00B96AC1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 xml:space="preserve">8668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ED500A">
              <w:rPr>
                <w:rFonts w:ascii="Calibri" w:hAnsi="Calibri" w:cs="Calibri"/>
                <w:sz w:val="15"/>
                <w:szCs w:val="15"/>
              </w:rPr>
              <w:t/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1092" w:type="dxa"/>
          </w:tcPr>
          <w:p w:rsidR="0029530E" w:rsidRPr="008E5764" w:rsidRDefault="00B96AC1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 xml:space="preserve">cyuhj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ED500A">
              <w:rPr>
                <w:rFonts w:ascii="Calibri" w:hAnsi="Calibri" w:cs="Calibri"/>
                <w:sz w:val="15"/>
                <w:szCs w:val="15"/>
              </w:rPr>
              <w:t/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ED500A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982" w:type="dxa"/>
          </w:tcPr>
          <w:p w:rsidR="0029530E" w:rsidRPr="008E5764" w:rsidRDefault="00B96AC1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 xml:space="preserve">fhhjh</w:t>
            </w:r>
            <w:r w:rsidR="00ED500A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1335" w:type="dxa"/>
          </w:tcPr>
          <w:p w:rsidR="0029530E" w:rsidRPr="008E5764" w:rsidRDefault="00B96AC1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 xml:space="preserve">86685</w:t>
            </w:r>
            <w:r w:rsidR="00ED500A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1085" w:type="dxa"/>
          </w:tcPr>
          <w:p w:rsidR="0029530E" w:rsidRPr="008E5764" w:rsidRDefault="00B96AC1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 xml:space="preserve">fyuucg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1102" w:type="dxa"/>
          </w:tcPr>
          <w:p w:rsidR="0029530E" w:rsidRPr="008E5764" w:rsidRDefault="00B96AC1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 xml:space="preserve">chujbh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ED500A">
              <w:rPr>
                <w:rFonts w:ascii="Calibri" w:hAnsi="Calibri" w:cs="Calibri"/>
                <w:sz w:val="15"/>
                <w:szCs w:val="15"/>
              </w:rPr>
              <w:t/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1058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2673EE" w:rsidRPr="008E5764" w:rsidTr="00ED500A">
        <w:tc>
          <w:tcPr>
            <w:tcW w:w="1087" w:type="dxa"/>
          </w:tcPr>
          <w:p w:rsidR="00AF1173" w:rsidRPr="008E5764" w:rsidRDefault="00AF1173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092" w:type="dxa"/>
            <w:gridSpan w:val="2"/>
          </w:tcPr>
          <w:p w:rsidR="00AF1173" w:rsidRPr="008E5764" w:rsidRDefault="00AF1173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091" w:type="dxa"/>
          </w:tcPr>
          <w:p w:rsidR="00AF1173" w:rsidRPr="008E5764" w:rsidRDefault="00AF1173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092" w:type="dxa"/>
          </w:tcPr>
          <w:p w:rsidR="00AF1173" w:rsidRPr="008E5764" w:rsidRDefault="00AF1173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092" w:type="dxa"/>
          </w:tcPr>
          <w:p w:rsidR="00AF1173" w:rsidRPr="008E5764" w:rsidRDefault="00AF1173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982" w:type="dxa"/>
          </w:tcPr>
          <w:p w:rsidR="00AF1173" w:rsidRPr="008E5764" w:rsidRDefault="00AF1173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335" w:type="dxa"/>
          </w:tcPr>
          <w:p w:rsidR="00AF1173" w:rsidRPr="008E5764" w:rsidRDefault="00AF1173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085" w:type="dxa"/>
          </w:tcPr>
          <w:p w:rsidR="00AF1173" w:rsidRPr="008E5764" w:rsidRDefault="00AF1173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102" w:type="dxa"/>
          </w:tcPr>
          <w:p w:rsidR="00AF1173" w:rsidRPr="008E5764" w:rsidRDefault="00AF1173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058" w:type="dxa"/>
          </w:tcPr>
          <w:p w:rsidR="00AF1173" w:rsidRPr="008E5764" w:rsidRDefault="00AF1173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1F2C16" w:rsidRPr="008E5764" w:rsidTr="00BF1AE5">
        <w:tc>
          <w:tcPr>
            <w:tcW w:w="11016" w:type="dxa"/>
            <w:gridSpan w:val="11"/>
          </w:tcPr>
          <w:p w:rsidR="001F2C16" w:rsidRPr="008E5764" w:rsidRDefault="001F2C16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AF1173" w:rsidRPr="008E5764" w:rsidTr="00B46F8C">
        <w:tc>
          <w:tcPr>
            <w:tcW w:w="11016" w:type="dxa"/>
            <w:gridSpan w:val="11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Components Replaced if any</w:t>
            </w:r>
          </w:p>
        </w:tc>
      </w:tr>
      <w:tr w:rsidR="002673EE" w:rsidRPr="008E5764" w:rsidTr="00ED500A">
        <w:tc>
          <w:tcPr>
            <w:tcW w:w="1087" w:type="dxa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S. No.</w:t>
            </w:r>
          </w:p>
        </w:tc>
        <w:tc>
          <w:tcPr>
            <w:tcW w:w="7769" w:type="dxa"/>
            <w:gridSpan w:val="8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Description</w:t>
            </w:r>
          </w:p>
        </w:tc>
        <w:tc>
          <w:tcPr>
            <w:tcW w:w="2160" w:type="dxa"/>
            <w:gridSpan w:val="2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Quantity</w:t>
            </w:r>
          </w:p>
        </w:tc>
      </w:tr>
      <w:tr w:rsidR="002673EE" w:rsidRPr="008E5764" w:rsidTr="00ED500A">
        <w:tc>
          <w:tcPr>
            <w:tcW w:w="1087" w:type="dxa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1</w:t>
            </w:r>
          </w:p>
        </w:tc>
        <w:tc>
          <w:tcPr>
            <w:tcW w:w="7769" w:type="dxa"/>
            <w:gridSpan w:val="8"/>
          </w:tcPr>
          <w:p w:rsidR="00AF1173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 xml:space="preserve">chhb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2160" w:type="dxa"/>
            <w:gridSpan w:val="2"/>
          </w:tcPr>
          <w:p w:rsidR="00AF1173" w:rsidRPr="00B96AC1" w:rsidRDefault="00B96AC1" w:rsidP="00AF117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 xml:space="preserve">8</w:t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 w:rsidR="001C2D35" w:rsidRP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2673EE" w:rsidRPr="008E5764" w:rsidTr="00ED500A">
        <w:tc>
          <w:tcPr>
            <w:tcW w:w="1087" w:type="dxa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2</w:t>
            </w:r>
          </w:p>
        </w:tc>
        <w:tc>
          <w:tcPr>
            <w:tcW w:w="7769" w:type="dxa"/>
            <w:gridSpan w:val="8"/>
          </w:tcPr>
          <w:p w:rsidR="00AF1173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/>
            </w:r>
            <w:r w:rsidR="001C2D35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2160" w:type="dxa"/>
            <w:gridSpan w:val="2"/>
          </w:tcPr>
          <w:p w:rsidR="00AF1173" w:rsidRPr="00B96AC1" w:rsidRDefault="00B96AC1" w:rsidP="00AF117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/>
            </w:r>
            <w:r w:rsidR="001C2D35" w:rsidRPr="001C2D35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2673EE" w:rsidRPr="008E5764" w:rsidTr="00ED500A">
        <w:tc>
          <w:tcPr>
            <w:tcW w:w="1087" w:type="dxa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3</w:t>
            </w:r>
          </w:p>
        </w:tc>
        <w:tc>
          <w:tcPr>
            <w:tcW w:w="7769" w:type="dxa"/>
            <w:gridSpan w:val="8"/>
          </w:tcPr>
          <w:p w:rsidR="00AF1173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/>
            </w:r>
            <w:r w:rsidR="001C2D35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2160" w:type="dxa"/>
            <w:gridSpan w:val="2"/>
          </w:tcPr>
          <w:p w:rsidR="00AF1173" w:rsidRPr="00B96AC1" w:rsidRDefault="00B96AC1" w:rsidP="00AF117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/>
            </w:r>
            <w:r w:rsidR="001C2D35" w:rsidRPr="001C2D35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2673EE" w:rsidRPr="008E5764" w:rsidTr="00ED500A">
        <w:tc>
          <w:tcPr>
            <w:tcW w:w="1087" w:type="dxa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4</w:t>
            </w:r>
          </w:p>
        </w:tc>
        <w:tc>
          <w:tcPr>
            <w:tcW w:w="7769" w:type="dxa"/>
            <w:gridSpan w:val="8"/>
          </w:tcPr>
          <w:p w:rsidR="00AF1173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/>
            </w:r>
            <w:r w:rsidR="001C2D35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2160" w:type="dxa"/>
            <w:gridSpan w:val="2"/>
          </w:tcPr>
          <w:p w:rsidR="00AF1173" w:rsidRPr="00B96AC1" w:rsidRDefault="00B96AC1" w:rsidP="00AF117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/>
            </w:r>
            <w:r w:rsidR="001C2D35" w:rsidRPr="001C2D35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2673EE" w:rsidRPr="008E5764" w:rsidTr="00ED500A">
        <w:tc>
          <w:tcPr>
            <w:tcW w:w="1087" w:type="dxa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5</w:t>
            </w:r>
          </w:p>
        </w:tc>
        <w:tc>
          <w:tcPr>
            <w:tcW w:w="7769" w:type="dxa"/>
            <w:gridSpan w:val="8"/>
          </w:tcPr>
          <w:p w:rsidR="00AF1173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/>
            </w:r>
            <w:r w:rsidR="001C2D35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2160" w:type="dxa"/>
            <w:gridSpan w:val="2"/>
          </w:tcPr>
          <w:p w:rsidR="00AF1173" w:rsidRPr="00B96AC1" w:rsidRDefault="00B96AC1" w:rsidP="00AF117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/>
            </w:r>
            <w:r w:rsidR="001C2D35" w:rsidRPr="001C2D35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2673EE" w:rsidRPr="008E5764" w:rsidTr="00ED500A">
        <w:tc>
          <w:tcPr>
            <w:tcW w:w="1087" w:type="dxa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6</w:t>
            </w:r>
          </w:p>
        </w:tc>
        <w:tc>
          <w:tcPr>
            <w:tcW w:w="7769" w:type="dxa"/>
            <w:gridSpan w:val="8"/>
          </w:tcPr>
          <w:p w:rsidR="00AF1173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/>
            </w:r>
            <w:r w:rsidR="001C2D35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2160" w:type="dxa"/>
            <w:gridSpan w:val="2"/>
          </w:tcPr>
          <w:p w:rsidR="00AF1173" w:rsidRPr="00B96AC1" w:rsidRDefault="00B96AC1" w:rsidP="00AF117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/>
            </w:r>
            <w:r w:rsidR="001C2D35" w:rsidRPr="001C2D35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AF1173" w:rsidRPr="008E5764" w:rsidTr="00F230E2">
        <w:tc>
          <w:tcPr>
            <w:tcW w:w="11016" w:type="dxa"/>
            <w:gridSpan w:val="11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AF1173" w:rsidRPr="008E5764" w:rsidTr="0020256A">
        <w:tc>
          <w:tcPr>
            <w:tcW w:w="11016" w:type="dxa"/>
            <w:gridSpan w:val="11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Components Need to Replace</w:t>
            </w:r>
          </w:p>
        </w:tc>
      </w:tr>
      <w:tr w:rsidR="002673EE" w:rsidRPr="008E5764" w:rsidTr="00ED500A">
        <w:tc>
          <w:tcPr>
            <w:tcW w:w="1087" w:type="dxa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S. No.</w:t>
            </w:r>
          </w:p>
        </w:tc>
        <w:tc>
          <w:tcPr>
            <w:tcW w:w="7769" w:type="dxa"/>
            <w:gridSpan w:val="8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Description</w:t>
            </w:r>
          </w:p>
        </w:tc>
        <w:tc>
          <w:tcPr>
            <w:tcW w:w="2160" w:type="dxa"/>
            <w:gridSpan w:val="2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Quantity</w:t>
            </w:r>
          </w:p>
        </w:tc>
      </w:tr>
      <w:tr w:rsidR="002673EE" w:rsidRPr="008E5764" w:rsidTr="00ED500A">
        <w:tc>
          <w:tcPr>
            <w:tcW w:w="1087" w:type="dxa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1</w:t>
            </w:r>
          </w:p>
        </w:tc>
        <w:tc>
          <w:tcPr>
            <w:tcW w:w="7769" w:type="dxa"/>
            <w:gridSpan w:val="8"/>
          </w:tcPr>
          <w:p w:rsidR="00AF1173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 xml:space="preserve">vhhjh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2160" w:type="dxa"/>
            <w:gridSpan w:val="2"/>
          </w:tcPr>
          <w:p w:rsidR="00AF1173" w:rsidRPr="00B96AC1" w:rsidRDefault="00B96AC1" w:rsidP="00AF117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 xml:space="preserve">9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1C2D35" w:rsidRP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2673EE" w:rsidRPr="008E5764" w:rsidTr="00ED500A">
        <w:tc>
          <w:tcPr>
            <w:tcW w:w="1087" w:type="dxa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2</w:t>
            </w:r>
          </w:p>
        </w:tc>
        <w:tc>
          <w:tcPr>
            <w:tcW w:w="7769" w:type="dxa"/>
            <w:gridSpan w:val="8"/>
          </w:tcPr>
          <w:p w:rsidR="00AF1173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/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2160" w:type="dxa"/>
            <w:gridSpan w:val="2"/>
          </w:tcPr>
          <w:p w:rsidR="00AF1173" w:rsidRPr="00B96AC1" w:rsidRDefault="00B96AC1" w:rsidP="00AF117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/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1C2D35" w:rsidRPr="001C2D35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2673EE" w:rsidRPr="008E5764" w:rsidTr="00ED500A">
        <w:tc>
          <w:tcPr>
            <w:tcW w:w="1087" w:type="dxa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3</w:t>
            </w:r>
          </w:p>
        </w:tc>
        <w:tc>
          <w:tcPr>
            <w:tcW w:w="7769" w:type="dxa"/>
            <w:gridSpan w:val="8"/>
          </w:tcPr>
          <w:p w:rsidR="00AF1173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/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2160" w:type="dxa"/>
            <w:gridSpan w:val="2"/>
          </w:tcPr>
          <w:p w:rsidR="00AF1173" w:rsidRPr="00B96AC1" w:rsidRDefault="00B96AC1" w:rsidP="00AF117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/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1C2D35" w:rsidRPr="001C2D35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2673EE" w:rsidRPr="008E5764" w:rsidTr="00ED500A">
        <w:tc>
          <w:tcPr>
            <w:tcW w:w="1087" w:type="dxa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4</w:t>
            </w:r>
          </w:p>
        </w:tc>
        <w:tc>
          <w:tcPr>
            <w:tcW w:w="7769" w:type="dxa"/>
            <w:gridSpan w:val="8"/>
          </w:tcPr>
          <w:p w:rsidR="00AF1173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/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2160" w:type="dxa"/>
            <w:gridSpan w:val="2"/>
          </w:tcPr>
          <w:p w:rsidR="00AF1173" w:rsidRPr="00B96AC1" w:rsidRDefault="00B96AC1" w:rsidP="00AF117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/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1C2D35" w:rsidRPr="001C2D35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2673EE" w:rsidRPr="008E5764" w:rsidTr="00ED500A">
        <w:tc>
          <w:tcPr>
            <w:tcW w:w="1087" w:type="dxa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5</w:t>
            </w:r>
          </w:p>
        </w:tc>
        <w:tc>
          <w:tcPr>
            <w:tcW w:w="7769" w:type="dxa"/>
            <w:gridSpan w:val="8"/>
          </w:tcPr>
          <w:p w:rsidR="00AF1173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/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2160" w:type="dxa"/>
            <w:gridSpan w:val="2"/>
          </w:tcPr>
          <w:p w:rsidR="00AF1173" w:rsidRPr="00B96AC1" w:rsidRDefault="00B96AC1" w:rsidP="00AF117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/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1C2D35" w:rsidRPr="001C2D35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2673EE" w:rsidRPr="008E5764" w:rsidTr="00ED500A">
        <w:tc>
          <w:tcPr>
            <w:tcW w:w="1087" w:type="dxa"/>
          </w:tcPr>
          <w:p w:rsidR="00AF1173" w:rsidRPr="008E5764" w:rsidRDefault="0019126C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6</w:t>
            </w:r>
          </w:p>
        </w:tc>
        <w:tc>
          <w:tcPr>
            <w:tcW w:w="7769" w:type="dxa"/>
            <w:gridSpan w:val="8"/>
          </w:tcPr>
          <w:p w:rsidR="00AF1173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/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2160" w:type="dxa"/>
            <w:gridSpan w:val="2"/>
          </w:tcPr>
          <w:p w:rsidR="00AF1173" w:rsidRPr="00B96AC1" w:rsidRDefault="00B96AC1" w:rsidP="00AF117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/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1C2D35" w:rsidRPr="001C2D35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2673EE" w:rsidRPr="008E5764" w:rsidTr="00ED500A">
        <w:tc>
          <w:tcPr>
            <w:tcW w:w="1087" w:type="dxa"/>
          </w:tcPr>
          <w:p w:rsidR="00AF1173" w:rsidRPr="008E5764" w:rsidRDefault="0019126C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7</w:t>
            </w:r>
          </w:p>
        </w:tc>
        <w:tc>
          <w:tcPr>
            <w:tcW w:w="7769" w:type="dxa"/>
            <w:gridSpan w:val="8"/>
          </w:tcPr>
          <w:p w:rsidR="00AF1173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/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2160" w:type="dxa"/>
            <w:gridSpan w:val="2"/>
          </w:tcPr>
          <w:p w:rsidR="00AF1173" w:rsidRPr="00B96AC1" w:rsidRDefault="00ED500A" w:rsidP="00AF117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/>
            </w:r>
            <w:r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1C2D35" w:rsidRPr="001C2D35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AF1173" w:rsidRPr="008E5764" w:rsidTr="002D503D">
        <w:tc>
          <w:tcPr>
            <w:tcW w:w="11016" w:type="dxa"/>
            <w:gridSpan w:val="11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AF1173" w:rsidRPr="008E5764" w:rsidTr="00DD3714">
        <w:trPr>
          <w:trHeight w:val="376"/>
        </w:trPr>
        <w:tc>
          <w:tcPr>
            <w:tcW w:w="11016" w:type="dxa"/>
            <w:gridSpan w:val="11"/>
          </w:tcPr>
          <w:p w:rsidR="00AF1173" w:rsidRPr="008E5764" w:rsidRDefault="00AF1173" w:rsidP="00AF1173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Technical Suggestion if </w:t>
            </w:r>
            <w:proofErr w:type="gramStart"/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any :</w:t>
            </w:r>
            <w:proofErr w:type="gramEnd"/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-</w:t>
            </w:r>
            <w:r w:rsidR="00B96AC1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 </w:t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 xml:space="preserve">fuhbjcf</w:t>
            </w:r>
            <w:r w:rsidR="0061455C">
              <w:rPr>
                <w:rFonts w:ascii="Calibri" w:hAnsi="Calibri" w:cs="Calibri"/>
                <w:sz w:val="15"/>
                <w:szCs w:val="15"/>
              </w:rPr>
              <w:t/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AF1173" w:rsidRPr="008E5764" w:rsidTr="00ED500A">
        <w:tc>
          <w:tcPr>
            <w:tcW w:w="2179" w:type="dxa"/>
            <w:gridSpan w:val="3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Customer Comments if any</w:t>
            </w:r>
          </w:p>
        </w:tc>
        <w:tc>
          <w:tcPr>
            <w:tcW w:w="8837" w:type="dxa"/>
            <w:gridSpan w:val="8"/>
          </w:tcPr>
          <w:p w:rsidR="00AF1173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  <w:r w:rsidR="0061455C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AF1173" w:rsidRPr="008E5764" w:rsidTr="008A398A">
        <w:tc>
          <w:tcPr>
            <w:tcW w:w="11016" w:type="dxa"/>
            <w:gridSpan w:val="11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AF1173" w:rsidRPr="008E5764" w:rsidTr="005C0A86">
        <w:tc>
          <w:tcPr>
            <w:tcW w:w="11016" w:type="dxa"/>
            <w:gridSpan w:val="11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AF1173" w:rsidRPr="008E5764" w:rsidTr="008937C6">
        <w:tc>
          <w:tcPr>
            <w:tcW w:w="11016" w:type="dxa"/>
            <w:gridSpan w:val="11"/>
          </w:tcPr>
          <w:p w:rsidR="00AF1173" w:rsidRPr="008E5764" w:rsidRDefault="00AF1173" w:rsidP="00AF1173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Reported Complaints have been Rectified, Servicing Done to Our Satisfaction. We agree to pay your Charges for the same if applicable</w:t>
            </w:r>
          </w:p>
        </w:tc>
      </w:tr>
      <w:tr w:rsidR="00AF1173" w:rsidRPr="008E5764" w:rsidTr="00161B05">
        <w:tc>
          <w:tcPr>
            <w:tcW w:w="11016" w:type="dxa"/>
            <w:gridSpan w:val="11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2673EE" w:rsidRPr="008E5764" w:rsidTr="00ED500A">
        <w:trPr>
          <w:trHeight w:val="376"/>
        </w:trPr>
        <w:tc>
          <w:tcPr>
            <w:tcW w:w="3270" w:type="dxa"/>
            <w:gridSpan w:val="4"/>
            <w:vMerge w:val="restart"/>
          </w:tcPr>
          <w:p w:rsidR="00053A22" w:rsidRPr="008E5764" w:rsidRDefault="00053A22" w:rsidP="00053A22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Customer Sign &amp; Seal</w:t>
            </w:r>
          </w:p>
          <w:p w:rsidR="00053A22" w:rsidRPr="00B96AC1" w:rsidRDefault="00B96AC1" w:rsidP="00053A22">
            <w:pPr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 </w:t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  <w:r w:rsidR="0013333C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  <w:p w:rsidR="00053A22" w:rsidRPr="008E5764" w:rsidRDefault="00053A22" w:rsidP="00053A22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  <w:p w:rsidR="00053A22" w:rsidRPr="008E5764" w:rsidRDefault="00053A22" w:rsidP="00053A22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  <w:p w:rsidR="00053A22" w:rsidRPr="008E5764" w:rsidRDefault="00053A22" w:rsidP="00053A22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  <w:p w:rsidR="00053A22" w:rsidRPr="00B96AC1" w:rsidRDefault="00053A22" w:rsidP="00053A22">
            <w:pPr>
              <w:rPr>
                <w:rFonts w:ascii="Calibri" w:hAnsi="Calibri" w:cs="Calibri"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Contact Name</w:t>
            </w:r>
            <w:r w:rsidR="00B96AC1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: </w:t>
            </w:r>
            <w:r w:rsidR="00B96AC1">
              <w:rPr>
                <w:rFonts w:ascii="Calibri" w:hAnsi="Calibri" w:cs="Calibri"/>
                <w:sz w:val="15"/>
                <w:szCs w:val="15"/>
              </w:rPr>
              <w:t xml:space="preserve">fuhhhu</w:t>
            </w:r>
            <w:r w:rsidR="002F6812">
              <w:rPr>
                <w:rFonts w:ascii="Calibri" w:hAnsi="Calibri" w:cs="Calibri"/>
                <w:sz w:val="15"/>
                <w:szCs w:val="15"/>
              </w:rPr>
              <w:t/>
            </w:r>
            <w:r w:rsidR="00B96AC1">
              <w:rPr>
                <w:rFonts w:ascii="Calibri" w:hAnsi="Calibri" w:cs="Calibri"/>
                <w:sz w:val="15"/>
                <w:szCs w:val="15"/>
              </w:rPr>
              <w:t/>
            </w:r>
          </w:p>
          <w:p w:rsidR="00053A22" w:rsidRPr="008E5764" w:rsidRDefault="00053A22" w:rsidP="00053A22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Designation</w:t>
            </w:r>
            <w:r w:rsidR="00B96AC1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: </w:t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 xml:space="preserve">tuhhh</w:t>
            </w:r>
            <w:r w:rsidR="002F6812">
              <w:rPr>
                <w:rFonts w:ascii="Calibri" w:hAnsi="Calibri" w:cs="Calibri"/>
                <w:sz w:val="15"/>
                <w:szCs w:val="15"/>
              </w:rPr>
              <w:t/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  <w:p w:rsidR="00053A22" w:rsidRPr="008E5764" w:rsidRDefault="00053A22" w:rsidP="00053A22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Contact Number</w:t>
            </w:r>
            <w:r w:rsidR="00B96AC1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: </w:t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 xml:space="preserve">566686</w:t>
            </w:r>
            <w:r w:rsidR="002F6812">
              <w:rPr>
                <w:rFonts w:ascii="Calibri" w:hAnsi="Calibri" w:cs="Calibri"/>
                <w:sz w:val="15"/>
                <w:szCs w:val="15"/>
              </w:rPr>
              <w:t/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2184" w:type="dxa"/>
            <w:gridSpan w:val="2"/>
          </w:tcPr>
          <w:p w:rsidR="00053A22" w:rsidRPr="008E5764" w:rsidRDefault="00053A22" w:rsidP="00053A22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Equipment is OK</w:t>
            </w:r>
          </w:p>
        </w:tc>
        <w:tc>
          <w:tcPr>
            <w:tcW w:w="982" w:type="dxa"/>
          </w:tcPr>
          <w:p w:rsidR="00053A22" w:rsidRPr="00B96AC1" w:rsidRDefault="00B96AC1" w:rsidP="00053A22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 xml:space="preserve">NO</w:t>
            </w:r>
            <w:r w:rsidR="002F6812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4580" w:type="dxa"/>
            <w:gridSpan w:val="4"/>
            <w:vMerge w:val="restart"/>
          </w:tcPr>
          <w:p w:rsidR="00053A22" w:rsidRDefault="00053A22" w:rsidP="00053A22">
            <w:pPr>
              <w:rPr>
                <w:rFonts w:ascii="Calibri" w:hAnsi="Calibri" w:cs="Calibri"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Connected </w:t>
            </w:r>
            <w:proofErr w:type="gramStart"/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Load:-</w:t>
            </w:r>
            <w:proofErr w:type="gramEnd"/>
            <w:r w:rsidR="00B96AC1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 </w:t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 xml:space="preserve">chhjj</w:t>
            </w:r>
            <w:r w:rsidR="0013333C">
              <w:rPr>
                <w:rFonts w:ascii="Calibri" w:hAnsi="Calibri" w:cs="Calibri"/>
                <w:sz w:val="15"/>
                <w:szCs w:val="15"/>
              </w:rPr>
              <w:t/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  <w:p w:rsidR="00992D95" w:rsidRDefault="00992D95" w:rsidP="00053A22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  <w:p w:rsidR="00992D95" w:rsidRDefault="00992D95" w:rsidP="00053A22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  <w:p w:rsidR="00992D95" w:rsidRDefault="00992D95" w:rsidP="00053A22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Engineer Name: asd</w:t>
            </w:r>
          </w:p>
          <w:p w:rsidR="00992D95" w:rsidRDefault="00992D95" w:rsidP="00053A22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Engineer Contact: 888888</w:t>
            </w:r>
          </w:p>
          <w:p w:rsidR="00992D95" w:rsidRDefault="00992D95" w:rsidP="00053A22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  <w:p w:rsidR="00992D95" w:rsidRPr="00992D95" w:rsidRDefault="00992D95" w:rsidP="00053A22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992D95"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CBCBN</w:t>
            </w:r>
          </w:p>
        </w:tc>
      </w:tr>
      <w:tr w:rsidR="002673EE" w:rsidRPr="008E5764" w:rsidTr="00ED500A">
        <w:trPr>
          <w:trHeight w:val="376"/>
        </w:trPr>
        <w:tc>
          <w:tcPr>
            <w:tcW w:w="3270" w:type="dxa"/>
            <w:gridSpan w:val="4"/>
            <w:vMerge/>
          </w:tcPr>
          <w:p w:rsidR="00053A22" w:rsidRPr="008E5764" w:rsidRDefault="00053A22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2184" w:type="dxa"/>
            <w:gridSpan w:val="2"/>
          </w:tcPr>
          <w:p w:rsidR="00053A22" w:rsidRPr="008E5764" w:rsidRDefault="00053A22" w:rsidP="00053A22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Equipment is Not OK</w:t>
            </w:r>
          </w:p>
        </w:tc>
        <w:tc>
          <w:tcPr>
            <w:tcW w:w="982" w:type="dxa"/>
          </w:tcPr>
          <w:p w:rsidR="00053A22" w:rsidRPr="00B96AC1" w:rsidRDefault="002F6812" w:rsidP="00AF117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 xml:space="preserve">YES</w:t>
            </w:r>
            <w:r w:rsid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4580" w:type="dxa"/>
            <w:gridSpan w:val="4"/>
            <w:vMerge/>
          </w:tcPr>
          <w:p w:rsidR="00053A22" w:rsidRPr="008E5764" w:rsidRDefault="00053A22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2673EE" w:rsidRPr="008E5764" w:rsidTr="00ED500A">
        <w:trPr>
          <w:trHeight w:val="400"/>
        </w:trPr>
        <w:tc>
          <w:tcPr>
            <w:tcW w:w="3270" w:type="dxa"/>
            <w:gridSpan w:val="4"/>
            <w:vMerge/>
            <w:tcBorders>
              <w:bottom w:val="single" w:sz="4" w:space="0" w:color="auto"/>
            </w:tcBorders>
          </w:tcPr>
          <w:p w:rsidR="00053A22" w:rsidRPr="008E5764" w:rsidRDefault="00053A22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2184" w:type="dxa"/>
            <w:gridSpan w:val="2"/>
            <w:tcBorders>
              <w:bottom w:val="single" w:sz="4" w:space="0" w:color="auto"/>
            </w:tcBorders>
          </w:tcPr>
          <w:p w:rsidR="00053A22" w:rsidRPr="008E5764" w:rsidRDefault="00053A22" w:rsidP="00AF1173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Call Carried Over</w:t>
            </w:r>
          </w:p>
        </w:tc>
        <w:tc>
          <w:tcPr>
            <w:tcW w:w="982" w:type="dxa"/>
            <w:tcBorders>
              <w:bottom w:val="single" w:sz="4" w:space="0" w:color="auto"/>
            </w:tcBorders>
          </w:tcPr>
          <w:p w:rsidR="00053A22" w:rsidRPr="00B96AC1" w:rsidRDefault="00B96AC1" w:rsidP="00AF117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 xml:space="preserve">YES</w:t>
            </w:r>
            <w:r w:rsidR="0013333C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4580" w:type="dxa"/>
            <w:gridSpan w:val="4"/>
            <w:vMerge/>
            <w:tcBorders>
              <w:bottom w:val="single" w:sz="4" w:space="0" w:color="auto"/>
            </w:tcBorders>
          </w:tcPr>
          <w:p w:rsidR="00053A22" w:rsidRPr="008E5764" w:rsidRDefault="00053A22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2673EE" w:rsidRPr="008E5764" w:rsidTr="00ED500A">
        <w:trPr>
          <w:trHeight w:val="183"/>
        </w:trPr>
        <w:tc>
          <w:tcPr>
            <w:tcW w:w="3270" w:type="dxa"/>
            <w:gridSpan w:val="4"/>
            <w:vMerge/>
            <w:tcBorders>
              <w:bottom w:val="single" w:sz="4" w:space="0" w:color="auto"/>
            </w:tcBorders>
          </w:tcPr>
          <w:p w:rsidR="00053A22" w:rsidRPr="008E5764" w:rsidRDefault="00053A22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2184" w:type="dxa"/>
            <w:gridSpan w:val="2"/>
            <w:tcBorders>
              <w:bottom w:val="single" w:sz="4" w:space="0" w:color="auto"/>
            </w:tcBorders>
          </w:tcPr>
          <w:p w:rsidR="00053A22" w:rsidRPr="008E5764" w:rsidRDefault="00053A22" w:rsidP="00053A22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Call Chargeable</w:t>
            </w:r>
          </w:p>
        </w:tc>
        <w:tc>
          <w:tcPr>
            <w:tcW w:w="982" w:type="dxa"/>
            <w:tcBorders>
              <w:bottom w:val="single" w:sz="4" w:space="0" w:color="auto"/>
            </w:tcBorders>
          </w:tcPr>
          <w:p w:rsidR="00053A22" w:rsidRPr="00B96AC1" w:rsidRDefault="00B96AC1" w:rsidP="00AF117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 xml:space="preserve">NO</w:t>
            </w:r>
            <w:r w:rsidR="0013333C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4580" w:type="dxa"/>
            <w:gridSpan w:val="4"/>
            <w:vMerge/>
            <w:tcBorders>
              <w:bottom w:val="single" w:sz="4" w:space="0" w:color="auto"/>
            </w:tcBorders>
          </w:tcPr>
          <w:p w:rsidR="00053A22" w:rsidRPr="008E5764" w:rsidRDefault="00053A22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053A22" w:rsidRPr="008E5764" w:rsidTr="007E6CBD">
        <w:tc>
          <w:tcPr>
            <w:tcW w:w="11016" w:type="dxa"/>
            <w:gridSpan w:val="11"/>
          </w:tcPr>
          <w:p w:rsidR="00053A22" w:rsidRPr="008E5764" w:rsidRDefault="00053A22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8E5764" w:rsidRPr="008E5764" w:rsidTr="00CB1920">
        <w:tc>
          <w:tcPr>
            <w:tcW w:w="11016" w:type="dxa"/>
            <w:gridSpan w:val="11"/>
          </w:tcPr>
          <w:p w:rsidR="008E5764" w:rsidRPr="008E5764" w:rsidRDefault="008E5764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2673EE" w:rsidRPr="008E5764" w:rsidTr="00ED500A">
        <w:trPr>
          <w:trHeight w:val="762"/>
        </w:trPr>
        <w:tc>
          <w:tcPr>
            <w:tcW w:w="4362" w:type="dxa"/>
            <w:gridSpan w:val="5"/>
            <w:vAlign w:val="center"/>
          </w:tcPr>
          <w:p w:rsidR="008E5764" w:rsidRPr="008E5764" w:rsidRDefault="008E5764" w:rsidP="008E5764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Customer Care </w:t>
            </w:r>
            <w:proofErr w:type="gramStart"/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Number :</w:t>
            </w:r>
            <w:proofErr w:type="gramEnd"/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 9045254014</w:t>
            </w:r>
          </w:p>
        </w:tc>
        <w:tc>
          <w:tcPr>
            <w:tcW w:w="3409" w:type="dxa"/>
            <w:gridSpan w:val="3"/>
            <w:vAlign w:val="center"/>
          </w:tcPr>
          <w:p w:rsidR="008E5764" w:rsidRPr="008E5764" w:rsidRDefault="008E5764" w:rsidP="008E5764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proofErr w:type="gramStart"/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Email :</w:t>
            </w:r>
            <w:proofErr w:type="gramEnd"/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 support@tristarengineer.com</w:t>
            </w:r>
          </w:p>
        </w:tc>
        <w:tc>
          <w:tcPr>
            <w:tcW w:w="3245" w:type="dxa"/>
            <w:gridSpan w:val="3"/>
            <w:vAlign w:val="center"/>
          </w:tcPr>
          <w:p w:rsidR="008E5764" w:rsidRPr="008E5764" w:rsidRDefault="008E5764" w:rsidP="008E5764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Tristarengineer.com</w:t>
            </w:r>
          </w:p>
        </w:tc>
      </w:tr>
    </w:tbl>
    <w:p w:rsidR="00927C05" w:rsidRPr="008E5764" w:rsidRDefault="00927C05" w:rsidP="00465CF0">
      <w:pPr>
        <w:jc w:val="center"/>
        <w:rPr>
          <w:rFonts w:ascii="Calibri" w:hAnsi="Calibri" w:cs="Calibri"/>
          <w:b/>
          <w:bCs/>
          <w:sz w:val="15"/>
          <w:szCs w:val="15"/>
        </w:rPr>
      </w:pPr>
    </w:p>
    <w:sectPr w:rsidR="00927C05" w:rsidRPr="008E5764" w:rsidSect="0003461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717462920">
    <w:abstractNumId w:val="8"/>
  </w:num>
  <w:num w:numId="2" w16cid:durableId="1549996163">
    <w:abstractNumId w:val="6"/>
  </w:num>
  <w:num w:numId="3" w16cid:durableId="494346201">
    <w:abstractNumId w:val="5"/>
  </w:num>
  <w:num w:numId="4" w16cid:durableId="433862548">
    <w:abstractNumId w:val="4"/>
  </w:num>
  <w:num w:numId="5" w16cid:durableId="2012877160">
    <w:abstractNumId w:val="7"/>
  </w:num>
  <w:num w:numId="6" w16cid:durableId="722562060">
    <w:abstractNumId w:val="3"/>
  </w:num>
  <w:num w:numId="7" w16cid:durableId="2111197000">
    <w:abstractNumId w:val="2"/>
  </w:num>
  <w:num w:numId="8" w16cid:durableId="883979786">
    <w:abstractNumId w:val="1"/>
  </w:num>
  <w:num w:numId="9" w16cid:durableId="2198746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22F2B"/>
    <w:rsid w:val="00034616"/>
    <w:rsid w:val="00053A22"/>
    <w:rsid w:val="0006063C"/>
    <w:rsid w:val="0013333C"/>
    <w:rsid w:val="0015074B"/>
    <w:rsid w:val="0019126C"/>
    <w:rsid w:val="001C2D35"/>
    <w:rsid w:val="001E43BC"/>
    <w:rsid w:val="001F2C16"/>
    <w:rsid w:val="002673EE"/>
    <w:rsid w:val="00281FB4"/>
    <w:rsid w:val="0029530E"/>
    <w:rsid w:val="0029639D"/>
    <w:rsid w:val="002F6812"/>
    <w:rsid w:val="00326F90"/>
    <w:rsid w:val="003F2D4D"/>
    <w:rsid w:val="00452357"/>
    <w:rsid w:val="00465CF0"/>
    <w:rsid w:val="004839C4"/>
    <w:rsid w:val="004B0468"/>
    <w:rsid w:val="006056F0"/>
    <w:rsid w:val="0061455C"/>
    <w:rsid w:val="007E65FE"/>
    <w:rsid w:val="00813B3F"/>
    <w:rsid w:val="008E5764"/>
    <w:rsid w:val="00927C05"/>
    <w:rsid w:val="00992D95"/>
    <w:rsid w:val="009A3905"/>
    <w:rsid w:val="009A590D"/>
    <w:rsid w:val="00A42B2A"/>
    <w:rsid w:val="00AA1D8D"/>
    <w:rsid w:val="00AF1173"/>
    <w:rsid w:val="00B47730"/>
    <w:rsid w:val="00B96AC1"/>
    <w:rsid w:val="00C30D34"/>
    <w:rsid w:val="00C352AD"/>
    <w:rsid w:val="00CB0664"/>
    <w:rsid w:val="00D60C50"/>
    <w:rsid w:val="00D75F85"/>
    <w:rsid w:val="00DB4135"/>
    <w:rsid w:val="00DE70AE"/>
    <w:rsid w:val="00E101A6"/>
    <w:rsid w:val="00E172B9"/>
    <w:rsid w:val="00ED500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867C8E6"/>
  <w14:defaultImageDpi w14:val="300"/>
  <w15:docId w15:val="{8B234AF9-C70E-804F-B8D5-7EFCCC1293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465CF0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65CF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871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36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901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092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821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9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199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35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01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34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60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21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2</Pages>
  <Words>421</Words>
  <Characters>2402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2818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Shivam Sharma</cp:lastModifiedBy>
  <cp:revision>43</cp:revision>
  <dcterms:created xsi:type="dcterms:W3CDTF">2013-12-23T23:15:00Z</dcterms:created>
  <dcterms:modified xsi:type="dcterms:W3CDTF">2025-11-26T08:57:00Z</dcterms:modified>
  <cp:category/>
</cp:coreProperties>
</file>