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6"/>
        <w:gridCol w:w="155"/>
        <w:gridCol w:w="868"/>
        <w:gridCol w:w="1017"/>
        <w:gridCol w:w="1023"/>
        <w:gridCol w:w="1019"/>
        <w:gridCol w:w="982"/>
        <w:gridCol w:w="1114"/>
        <w:gridCol w:w="1021"/>
        <w:gridCol w:w="1102"/>
        <w:gridCol w:w="879"/>
      </w:tblGrid>
      <w:tr w:rsidR="00465CF0" w:rsidRPr="008E5764" w:rsidTr="004708E8">
        <w:tc>
          <w:tcPr>
            <w:tcW w:w="11016" w:type="dxa"/>
            <w:gridSpan w:val="11"/>
          </w:tcPr>
          <w:p w:rsidR="00465CF0" w:rsidRPr="008E5764" w:rsidRDefault="00465CF0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FIELD SERVICE REPORT</w:t>
            </w:r>
          </w:p>
        </w:tc>
      </w:tr>
      <w:tr w:rsidR="002673EE" w:rsidRPr="008E5764" w:rsidTr="002673EE">
        <w:tc>
          <w:tcPr>
            <w:tcW w:w="1242" w:type="dxa"/>
            <w:gridSpan w:val="2"/>
            <w:vMerge w:val="restart"/>
            <w:tcBorders>
              <w:right w:val="nil"/>
            </w:tcBorders>
          </w:tcPr>
          <w:p w:rsidR="002673EE" w:rsidRDefault="002673EE" w:rsidP="00465CF0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noProof/>
                <w:sz w:val="18"/>
                <w:szCs w:val="18"/>
              </w:rPr>
              <w:drawing>
                <wp:inline distT="0" distB="0" distL="0" distR="0">
                  <wp:extent cx="1121308" cy="649538"/>
                  <wp:effectExtent l="0" t="0" r="0" b="0"/>
                  <wp:docPr id="210418742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187426" name="Picture 210418742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824" cy="6637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A590D" w:rsidRPr="009A590D" w:rsidRDefault="009A590D" w:rsidP="009A590D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9A590D">
              <w:rPr>
                <w:rFonts w:ascii="Calibri" w:hAnsi="Calibri" w:cs="Calibri"/>
                <w:sz w:val="15"/>
                <w:szCs w:val="15"/>
              </w:rPr>
              <w:t>ISO Cer</w:t>
            </w:r>
            <w:r w:rsidR="00022F2B">
              <w:rPr>
                <w:rFonts w:ascii="Calibri" w:hAnsi="Calibri" w:cs="Calibri"/>
                <w:sz w:val="15"/>
                <w:szCs w:val="15"/>
              </w:rPr>
              <w:t>t</w:t>
            </w:r>
            <w:r w:rsidRPr="009A590D">
              <w:rPr>
                <w:rFonts w:ascii="Calibri" w:hAnsi="Calibri" w:cs="Calibri"/>
                <w:sz w:val="15"/>
                <w:szCs w:val="15"/>
              </w:rPr>
              <w:t>ified 9001-2015</w:t>
            </w:r>
          </w:p>
        </w:tc>
        <w:tc>
          <w:tcPr>
            <w:tcW w:w="6529" w:type="dxa"/>
            <w:gridSpan w:val="6"/>
            <w:vMerge w:val="restart"/>
            <w:tcBorders>
              <w:left w:val="nil"/>
            </w:tcBorders>
          </w:tcPr>
          <w:p w:rsidR="002673EE" w:rsidRPr="008E5764" w:rsidRDefault="002673EE" w:rsidP="002673EE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8E5764">
              <w:rPr>
                <w:rFonts w:ascii="Calibri" w:hAnsi="Calibri" w:cs="Calibri"/>
                <w:b/>
                <w:bCs/>
                <w:sz w:val="28"/>
                <w:szCs w:val="28"/>
              </w:rPr>
              <w:t>TriStar Engineers &amp; Services</w:t>
            </w:r>
          </w:p>
          <w:p w:rsidR="002673EE" w:rsidRDefault="002673EE" w:rsidP="00465CF0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2673EE" w:rsidRDefault="002673EE" w:rsidP="00465CF0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D-514, Kalindi Vihar, Agra M#9045254014, 4016, 4012, 9557528916</w:t>
            </w:r>
          </w:p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Email- support@tristarengineer.com, tses</w:t>
            </w:r>
            <w:r w:rsidR="00022F2B">
              <w:rPr>
                <w:rFonts w:ascii="Calibri" w:hAnsi="Calibri" w:cs="Calibri"/>
                <w:b/>
                <w:bCs/>
                <w:sz w:val="18"/>
                <w:szCs w:val="18"/>
              </w:rPr>
              <w:t>agra</w:t>
            </w: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@gmail.com</w:t>
            </w: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</w:p>
        </w:tc>
        <w:tc>
          <w:tcPr>
            <w:tcW w:w="3245" w:type="dxa"/>
            <w:gridSpan w:val="3"/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CRM ID:</w:t>
            </w: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>
              <w:rPr>
                <w:rFonts w:ascii="Calibri" w:hAnsi="Calibri" w:cs="Calibri"/>
                <w:sz w:val="15"/>
                <w:szCs w:val="15"/>
              </w:rPr>
              <w:t>crm_id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</w:t>
            </w:r>
          </w:p>
        </w:tc>
        <w:tc>
          <w:tcPr>
            <w:tcW w:w="1102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Date</w:t>
            </w:r>
          </w:p>
        </w:tc>
        <w:tc>
          <w:tcPr>
            <w:tcW w:w="1058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Time</w:t>
            </w: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Received On</w:t>
            </w:r>
          </w:p>
        </w:tc>
        <w:tc>
          <w:tcPr>
            <w:tcW w:w="1102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{received_on}</w:t>
            </w:r>
          </w:p>
        </w:tc>
        <w:tc>
          <w:tcPr>
            <w:tcW w:w="1058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Attended On</w:t>
            </w:r>
          </w:p>
        </w:tc>
        <w:tc>
          <w:tcPr>
            <w:tcW w:w="1102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>
              <w:rPr>
                <w:rFonts w:ascii="Calibri" w:hAnsi="Calibri" w:cs="Calibri"/>
                <w:sz w:val="15"/>
                <w:szCs w:val="15"/>
              </w:rPr>
              <w:t>attended_on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1058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Cognised On</w:t>
            </w:r>
          </w:p>
        </w:tc>
        <w:tc>
          <w:tcPr>
            <w:tcW w:w="1102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>
              <w:rPr>
                <w:rFonts w:ascii="Calibri" w:hAnsi="Calibri" w:cs="Calibri"/>
                <w:sz w:val="15"/>
                <w:szCs w:val="15"/>
              </w:rPr>
              <w:t>cognised_on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1058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6436" w:type="dxa"/>
            <w:gridSpan w:val="7"/>
            <w:vMerge w:val="restart"/>
          </w:tcPr>
          <w:p w:rsidR="003F2D4D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Customer Name &amp; Address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: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 </w:t>
            </w:r>
            <w:r w:rsidR="00B96AC1"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>{</w:t>
            </w:r>
            <w:proofErr w:type="gramEnd"/>
            <w:r w:rsidR="002F6812"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>customer_name_address</w:t>
            </w:r>
            <w:r w:rsidR="00B96AC1"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>}</w:t>
            </w: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Person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2F6812">
              <w:rPr>
                <w:rFonts w:ascii="Calibri" w:hAnsi="Calibri" w:cs="Calibri"/>
                <w:sz w:val="15"/>
                <w:szCs w:val="15"/>
              </w:rPr>
              <w:t>customer_contact_person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2673EE" w:rsidRPr="008E5764" w:rsidTr="00ED500A">
        <w:tc>
          <w:tcPr>
            <w:tcW w:w="6436" w:type="dxa"/>
            <w:gridSpan w:val="7"/>
            <w:vMerge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Number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2F6812">
              <w:rPr>
                <w:rFonts w:ascii="Calibri" w:hAnsi="Calibri" w:cs="Calibri"/>
                <w:sz w:val="15"/>
                <w:szCs w:val="15"/>
              </w:rPr>
              <w:t>customer_contact_number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2673EE" w:rsidRPr="008E5764" w:rsidTr="00ED500A">
        <w:tc>
          <w:tcPr>
            <w:tcW w:w="6436" w:type="dxa"/>
            <w:gridSpan w:val="7"/>
            <w:vMerge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Email ID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2F6812">
              <w:rPr>
                <w:rFonts w:ascii="Calibri" w:hAnsi="Calibri" w:cs="Calibri"/>
                <w:sz w:val="15"/>
                <w:szCs w:val="15"/>
              </w:rPr>
              <w:t>customer_email_id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2673EE" w:rsidRPr="008E5764" w:rsidTr="00ED500A">
        <w:tc>
          <w:tcPr>
            <w:tcW w:w="6436" w:type="dxa"/>
            <w:gridSpan w:val="7"/>
            <w:vMerge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Website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2F6812">
              <w:rPr>
                <w:rFonts w:ascii="Calibri" w:hAnsi="Calibri" w:cs="Calibri"/>
                <w:sz w:val="15"/>
                <w:szCs w:val="15"/>
              </w:rPr>
              <w:t>customer_website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3F2D4D" w:rsidRPr="008E5764" w:rsidTr="00137FDF">
        <w:tc>
          <w:tcPr>
            <w:tcW w:w="11016" w:type="dxa"/>
            <w:gridSpan w:val="11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Nature of Complaints: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2F6812">
              <w:rPr>
                <w:rFonts w:ascii="Calibri" w:hAnsi="Calibri" w:cs="Calibri"/>
                <w:sz w:val="15"/>
                <w:szCs w:val="15"/>
              </w:rPr>
              <w:t>equipment_nature_of_complaints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2673EE" w:rsidRPr="008E5764" w:rsidTr="00ED500A">
        <w:tc>
          <w:tcPr>
            <w:tcW w:w="4362" w:type="dxa"/>
            <w:gridSpan w:val="5"/>
          </w:tcPr>
          <w:p w:rsidR="003F2D4D" w:rsidRPr="00B96AC1" w:rsidRDefault="003F2D4D" w:rsidP="003F2D4D">
            <w:pPr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Serial Number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2F6812">
              <w:rPr>
                <w:rFonts w:ascii="Calibri" w:hAnsi="Calibri" w:cs="Calibri"/>
                <w:sz w:val="15"/>
                <w:szCs w:val="15"/>
              </w:rPr>
              <w:t>serial_number</w:t>
            </w:r>
            <w:r w:rsid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3409" w:type="dxa"/>
            <w:gridSpan w:val="3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Model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equipment_model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3245" w:type="dxa"/>
            <w:gridSpan w:val="3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Capic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equipment_capic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3F2D4D" w:rsidRPr="008E5764" w:rsidTr="003519B3">
        <w:tc>
          <w:tcPr>
            <w:tcW w:w="11016" w:type="dxa"/>
            <w:gridSpan w:val="11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Product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2F6812">
              <w:rPr>
                <w:rFonts w:ascii="Calibri" w:hAnsi="Calibri" w:cs="Calibri"/>
                <w:sz w:val="15"/>
                <w:szCs w:val="15"/>
              </w:rPr>
              <w:t>equipment_product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3F2D4D" w:rsidRPr="008E5764" w:rsidTr="00710C67">
        <w:tc>
          <w:tcPr>
            <w:tcW w:w="11016" w:type="dxa"/>
            <w:gridSpan w:val="11"/>
          </w:tcPr>
          <w:p w:rsidR="003F2D4D" w:rsidRPr="00B96AC1" w:rsidRDefault="003F2D4D" w:rsidP="002F6812">
            <w:pPr>
              <w:tabs>
                <w:tab w:val="left" w:pos="2073"/>
              </w:tabs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Configuration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2F6812">
              <w:rPr>
                <w:rFonts w:ascii="Calibri" w:hAnsi="Calibri" w:cs="Calibri"/>
                <w:sz w:val="15"/>
                <w:szCs w:val="15"/>
              </w:rPr>
              <w:t>equipment_configuration</w:t>
            </w:r>
            <w:r w:rsidR="00B96AC1">
              <w:rPr>
                <w:rFonts w:ascii="Calibri" w:hAnsi="Calibri" w:cs="Calibri"/>
                <w:sz w:val="15"/>
                <w:szCs w:val="15"/>
              </w:rPr>
              <w:t>}</w:t>
            </w:r>
            <w:r w:rsidR="002F6812">
              <w:rPr>
                <w:rFonts w:ascii="Calibri" w:hAnsi="Calibri" w:cs="Calibri"/>
                <w:sz w:val="15"/>
                <w:szCs w:val="15"/>
              </w:rPr>
              <w:tab/>
            </w:r>
          </w:p>
        </w:tc>
      </w:tr>
      <w:tr w:rsidR="003F2D4D" w:rsidRPr="008E5764" w:rsidTr="0033313B">
        <w:tc>
          <w:tcPr>
            <w:tcW w:w="11016" w:type="dxa"/>
            <w:gridSpan w:val="11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Battery Details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2F6812">
              <w:rPr>
                <w:rFonts w:ascii="Calibri" w:hAnsi="Calibri" w:cs="Calibri"/>
                <w:sz w:val="15"/>
                <w:szCs w:val="15"/>
              </w:rPr>
              <w:t>equipment_battery_details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B96AC1" w:rsidRPr="008E5764" w:rsidTr="00ED500A">
        <w:tc>
          <w:tcPr>
            <w:tcW w:w="1087" w:type="dxa"/>
          </w:tcPr>
          <w:p w:rsidR="00B96AC1" w:rsidRPr="008E5764" w:rsidRDefault="00B96AC1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Type of Faults</w:t>
            </w:r>
          </w:p>
        </w:tc>
        <w:tc>
          <w:tcPr>
            <w:tcW w:w="9929" w:type="dxa"/>
            <w:gridSpan w:val="10"/>
          </w:tcPr>
          <w:p w:rsidR="00B96AC1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2F6812">
              <w:rPr>
                <w:rFonts w:ascii="Calibri" w:hAnsi="Calibri" w:cs="Calibri"/>
                <w:sz w:val="15"/>
                <w:szCs w:val="15"/>
              </w:rPr>
              <w:t>equipment_type_of_faults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3F2D4D" w:rsidRPr="008E5764" w:rsidTr="00ED500A">
        <w:trPr>
          <w:trHeight w:val="376"/>
        </w:trPr>
        <w:tc>
          <w:tcPr>
            <w:tcW w:w="2179" w:type="dxa"/>
            <w:gridSpan w:val="3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Complaint Details</w:t>
            </w:r>
          </w:p>
        </w:tc>
        <w:tc>
          <w:tcPr>
            <w:tcW w:w="8837" w:type="dxa"/>
            <w:gridSpan w:val="8"/>
          </w:tcPr>
          <w:p w:rsidR="003F2D4D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2F6812">
              <w:rPr>
                <w:rFonts w:ascii="Calibri" w:hAnsi="Calibri" w:cs="Calibri"/>
                <w:sz w:val="15"/>
                <w:szCs w:val="15"/>
              </w:rPr>
              <w:t>complaint_details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3F2D4D" w:rsidRPr="008E5764" w:rsidTr="00ED500A">
        <w:trPr>
          <w:trHeight w:val="376"/>
        </w:trPr>
        <w:tc>
          <w:tcPr>
            <w:tcW w:w="2179" w:type="dxa"/>
            <w:gridSpan w:val="3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Diagnosis / Observation:</w:t>
            </w:r>
          </w:p>
        </w:tc>
        <w:tc>
          <w:tcPr>
            <w:tcW w:w="8837" w:type="dxa"/>
            <w:gridSpan w:val="8"/>
          </w:tcPr>
          <w:p w:rsidR="003F2D4D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2F6812">
              <w:rPr>
                <w:rFonts w:ascii="Calibri" w:hAnsi="Calibri" w:cs="Calibri"/>
                <w:sz w:val="15"/>
                <w:szCs w:val="15"/>
              </w:rPr>
              <w:t>complaint_diagnosis_observation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3F2D4D" w:rsidRPr="008E5764" w:rsidTr="00ED500A">
        <w:trPr>
          <w:trHeight w:val="376"/>
        </w:trPr>
        <w:tc>
          <w:tcPr>
            <w:tcW w:w="2179" w:type="dxa"/>
            <w:gridSpan w:val="3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Collective Action / Remarks</w:t>
            </w:r>
          </w:p>
        </w:tc>
        <w:tc>
          <w:tcPr>
            <w:tcW w:w="8837" w:type="dxa"/>
            <w:gridSpan w:val="8"/>
          </w:tcPr>
          <w:p w:rsidR="003F2D4D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2F6812">
              <w:rPr>
                <w:rFonts w:ascii="Calibri" w:hAnsi="Calibri" w:cs="Calibri"/>
                <w:sz w:val="15"/>
                <w:szCs w:val="15"/>
              </w:rPr>
              <w:t>complaint_collective_action_remarks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2673EE" w:rsidRPr="008E5764" w:rsidTr="00ED500A">
        <w:tc>
          <w:tcPr>
            <w:tcW w:w="1087" w:type="dxa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3275" w:type="dxa"/>
            <w:gridSpan w:val="4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I/P Volts</w:t>
            </w:r>
          </w:p>
        </w:tc>
        <w:tc>
          <w:tcPr>
            <w:tcW w:w="2074" w:type="dxa"/>
            <w:gridSpan w:val="2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DC Output</w:t>
            </w:r>
          </w:p>
        </w:tc>
        <w:tc>
          <w:tcPr>
            <w:tcW w:w="1335" w:type="dxa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7" w:type="dxa"/>
            <w:gridSpan w:val="2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Battery</w:t>
            </w:r>
          </w:p>
        </w:tc>
        <w:tc>
          <w:tcPr>
            <w:tcW w:w="1058" w:type="dxa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Important</w:t>
            </w:r>
          </w:p>
        </w:tc>
        <w:tc>
          <w:tcPr>
            <w:tcW w:w="1092" w:type="dxa"/>
            <w:gridSpan w:val="2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RN</w:t>
            </w:r>
          </w:p>
        </w:tc>
        <w:tc>
          <w:tcPr>
            <w:tcW w:w="1091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YN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VOLT</w:t>
            </w:r>
          </w:p>
        </w:tc>
        <w:tc>
          <w:tcPr>
            <w:tcW w:w="98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AMP</w:t>
            </w:r>
          </w:p>
        </w:tc>
        <w:tc>
          <w:tcPr>
            <w:tcW w:w="1335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9530E" w:rsidRPr="008E5764" w:rsidRDefault="00D75F85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VOLT</w:t>
            </w:r>
          </w:p>
        </w:tc>
        <w:tc>
          <w:tcPr>
            <w:tcW w:w="1102" w:type="dxa"/>
          </w:tcPr>
          <w:p w:rsidR="0029530E" w:rsidRPr="008E5764" w:rsidRDefault="00D75F85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AMP</w:t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Parameters</w:t>
            </w:r>
          </w:p>
        </w:tc>
        <w:tc>
          <w:tcPr>
            <w:tcW w:w="1092" w:type="dxa"/>
            <w:gridSpan w:val="2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ip_vol_RN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1091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ip_vol_</w:t>
            </w:r>
            <w:r w:rsidR="00ED500A">
              <w:rPr>
                <w:rFonts w:ascii="Calibri" w:hAnsi="Calibri" w:cs="Calibri"/>
                <w:sz w:val="15"/>
                <w:szCs w:val="15"/>
              </w:rPr>
              <w:t>Y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N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109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ip_vol_</w:t>
            </w:r>
            <w:r w:rsidR="00ED500A">
              <w:rPr>
                <w:rFonts w:ascii="Calibri" w:hAnsi="Calibri" w:cs="Calibri"/>
                <w:sz w:val="15"/>
                <w:szCs w:val="15"/>
              </w:rPr>
              <w:t>B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N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109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DC_op_vol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98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DC_op_</w:t>
            </w:r>
            <w:r w:rsidR="00ED500A">
              <w:rPr>
                <w:rFonts w:ascii="Calibri" w:hAnsi="Calibri" w:cs="Calibri"/>
                <w:sz w:val="15"/>
                <w:szCs w:val="15"/>
              </w:rPr>
              <w:t>am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1335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85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ED500A">
              <w:rPr>
                <w:rFonts w:ascii="Calibri" w:hAnsi="Calibri" w:cs="Calibri"/>
                <w:sz w:val="15"/>
                <w:szCs w:val="15"/>
              </w:rPr>
              <w:t>bat_vol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110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ED500A">
              <w:rPr>
                <w:rFonts w:ascii="Calibri" w:hAnsi="Calibri" w:cs="Calibri"/>
                <w:sz w:val="15"/>
                <w:szCs w:val="15"/>
              </w:rPr>
              <w:t>bat_amp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  <w:gridSpan w:val="2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91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9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9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98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335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85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10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3275" w:type="dxa"/>
            <w:gridSpan w:val="4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O/P Volts</w:t>
            </w:r>
          </w:p>
        </w:tc>
        <w:tc>
          <w:tcPr>
            <w:tcW w:w="3409" w:type="dxa"/>
            <w:gridSpan w:val="3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O/P AMPS</w:t>
            </w:r>
          </w:p>
        </w:tc>
        <w:tc>
          <w:tcPr>
            <w:tcW w:w="2187" w:type="dxa"/>
            <w:gridSpan w:val="2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I/P Earth Volt</w:t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Important</w:t>
            </w:r>
          </w:p>
        </w:tc>
        <w:tc>
          <w:tcPr>
            <w:tcW w:w="1092" w:type="dxa"/>
            <w:gridSpan w:val="2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RN</w:t>
            </w:r>
          </w:p>
        </w:tc>
        <w:tc>
          <w:tcPr>
            <w:tcW w:w="1091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YN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</w:t>
            </w:r>
          </w:p>
        </w:tc>
        <w:tc>
          <w:tcPr>
            <w:tcW w:w="98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Y</w:t>
            </w:r>
          </w:p>
        </w:tc>
        <w:tc>
          <w:tcPr>
            <w:tcW w:w="1335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</w:t>
            </w:r>
          </w:p>
        </w:tc>
        <w:tc>
          <w:tcPr>
            <w:tcW w:w="1085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PE</w:t>
            </w:r>
          </w:p>
        </w:tc>
        <w:tc>
          <w:tcPr>
            <w:tcW w:w="110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NE</w:t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Parameters</w:t>
            </w:r>
          </w:p>
        </w:tc>
        <w:tc>
          <w:tcPr>
            <w:tcW w:w="1092" w:type="dxa"/>
            <w:gridSpan w:val="2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op_vol_RN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1091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op_vol_</w:t>
            </w:r>
            <w:r w:rsidR="00ED500A">
              <w:rPr>
                <w:rFonts w:ascii="Calibri" w:hAnsi="Calibri" w:cs="Calibri"/>
                <w:sz w:val="15"/>
                <w:szCs w:val="15"/>
              </w:rPr>
              <w:t>Y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N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109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op_vol_</w:t>
            </w:r>
            <w:r w:rsidR="00ED500A">
              <w:rPr>
                <w:rFonts w:ascii="Calibri" w:hAnsi="Calibri" w:cs="Calibri"/>
                <w:sz w:val="15"/>
                <w:szCs w:val="15"/>
              </w:rPr>
              <w:t>B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N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109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op_</w:t>
            </w:r>
            <w:r w:rsidR="00ED500A">
              <w:rPr>
                <w:rFonts w:ascii="Calibri" w:hAnsi="Calibri" w:cs="Calibri"/>
                <w:sz w:val="15"/>
                <w:szCs w:val="15"/>
              </w:rPr>
              <w:t>amp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_</w:t>
            </w:r>
            <w:r w:rsidR="00ED500A">
              <w:rPr>
                <w:rFonts w:ascii="Calibri" w:hAnsi="Calibri" w:cs="Calibri"/>
                <w:sz w:val="15"/>
                <w:szCs w:val="15"/>
              </w:rPr>
              <w:t>R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98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ED500A">
              <w:rPr>
                <w:rFonts w:ascii="Calibri" w:hAnsi="Calibri" w:cs="Calibri"/>
                <w:sz w:val="15"/>
                <w:szCs w:val="15"/>
              </w:rPr>
              <w:t>op_amp_Y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1335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ED500A">
              <w:rPr>
                <w:rFonts w:ascii="Calibri" w:hAnsi="Calibri" w:cs="Calibri"/>
                <w:sz w:val="15"/>
                <w:szCs w:val="15"/>
              </w:rPr>
              <w:t>op_amp_B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1085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ipe_vol_PE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110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ipe_vol_</w:t>
            </w:r>
            <w:r w:rsidR="00ED500A">
              <w:rPr>
                <w:rFonts w:ascii="Calibri" w:hAnsi="Calibri" w:cs="Calibri"/>
                <w:sz w:val="15"/>
                <w:szCs w:val="15"/>
              </w:rPr>
              <w:t>N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E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  <w:gridSpan w:val="2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1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98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10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58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1F2C16" w:rsidRPr="008E5764" w:rsidTr="00BF1AE5">
        <w:tc>
          <w:tcPr>
            <w:tcW w:w="11016" w:type="dxa"/>
            <w:gridSpan w:val="11"/>
          </w:tcPr>
          <w:p w:rsidR="001F2C16" w:rsidRPr="008E5764" w:rsidRDefault="001F2C16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B46F8C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Components Replaced if any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S. No.</w:t>
            </w:r>
          </w:p>
        </w:tc>
        <w:tc>
          <w:tcPr>
            <w:tcW w:w="7769" w:type="dxa"/>
            <w:gridSpan w:val="8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Description</w:t>
            </w:r>
          </w:p>
        </w:tc>
        <w:tc>
          <w:tcPr>
            <w:tcW w:w="2160" w:type="dxa"/>
            <w:gridSpan w:val="2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Quantity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comp_replaced</w:t>
            </w:r>
            <w:r w:rsidR="001C2D35">
              <w:rPr>
                <w:rFonts w:ascii="Calibri" w:hAnsi="Calibri" w:cs="Calibri"/>
                <w:sz w:val="15"/>
                <w:szCs w:val="15"/>
              </w:rPr>
              <w:t>Desc1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1C2D35">
              <w:rPr>
                <w:rFonts w:ascii="Calibri" w:hAnsi="Calibri" w:cs="Calibri"/>
                <w:sz w:val="15"/>
                <w:szCs w:val="15"/>
              </w:rPr>
              <w:t>c</w:t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>omp_replacedQnt1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>comp_replaced</w:t>
            </w:r>
            <w:r w:rsidR="001C2D35">
              <w:rPr>
                <w:rFonts w:ascii="Calibri" w:hAnsi="Calibri" w:cs="Calibri"/>
                <w:sz w:val="15"/>
                <w:szCs w:val="15"/>
              </w:rPr>
              <w:t>Desc2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>comp_replacedQnt</w:t>
            </w:r>
            <w:r w:rsidR="001C2D35">
              <w:rPr>
                <w:rFonts w:ascii="Calibri" w:hAnsi="Calibri" w:cs="Calibri"/>
                <w:sz w:val="15"/>
                <w:szCs w:val="15"/>
              </w:rPr>
              <w:t>2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>comp_replaced</w:t>
            </w:r>
            <w:r w:rsidR="001C2D35">
              <w:rPr>
                <w:rFonts w:ascii="Calibri" w:hAnsi="Calibri" w:cs="Calibri"/>
                <w:sz w:val="15"/>
                <w:szCs w:val="15"/>
              </w:rPr>
              <w:t>Desc3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>comp_replacedQnt</w:t>
            </w:r>
            <w:r w:rsidR="001C2D35">
              <w:rPr>
                <w:rFonts w:ascii="Calibri" w:hAnsi="Calibri" w:cs="Calibri"/>
                <w:sz w:val="15"/>
                <w:szCs w:val="15"/>
              </w:rPr>
              <w:t>3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>comp_replaced</w:t>
            </w:r>
            <w:r w:rsidR="001C2D35">
              <w:rPr>
                <w:rFonts w:ascii="Calibri" w:hAnsi="Calibri" w:cs="Calibri"/>
                <w:sz w:val="15"/>
                <w:szCs w:val="15"/>
              </w:rPr>
              <w:t>Desc4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>comp_replacedQnt</w:t>
            </w:r>
            <w:r w:rsidR="001C2D35">
              <w:rPr>
                <w:rFonts w:ascii="Calibri" w:hAnsi="Calibri" w:cs="Calibri"/>
                <w:sz w:val="15"/>
                <w:szCs w:val="15"/>
              </w:rPr>
              <w:t>4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5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>comp_replaced</w:t>
            </w:r>
            <w:r w:rsidR="001C2D35">
              <w:rPr>
                <w:rFonts w:ascii="Calibri" w:hAnsi="Calibri" w:cs="Calibri"/>
                <w:sz w:val="15"/>
                <w:szCs w:val="15"/>
              </w:rPr>
              <w:t>Desc5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>comp_replacedQnt</w:t>
            </w:r>
            <w:r w:rsidR="001C2D35">
              <w:rPr>
                <w:rFonts w:ascii="Calibri" w:hAnsi="Calibri" w:cs="Calibri"/>
                <w:sz w:val="15"/>
                <w:szCs w:val="15"/>
              </w:rPr>
              <w:t>5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6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>comp_replaced</w:t>
            </w:r>
            <w:r w:rsidR="001C2D35">
              <w:rPr>
                <w:rFonts w:ascii="Calibri" w:hAnsi="Calibri" w:cs="Calibri"/>
                <w:sz w:val="15"/>
                <w:szCs w:val="15"/>
              </w:rPr>
              <w:t>Desc6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>comp_replacedQnt</w:t>
            </w:r>
            <w:r w:rsidR="001C2D35">
              <w:rPr>
                <w:rFonts w:ascii="Calibri" w:hAnsi="Calibri" w:cs="Calibri"/>
                <w:sz w:val="15"/>
                <w:szCs w:val="15"/>
              </w:rPr>
              <w:t>6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AF1173" w:rsidRPr="008E5764" w:rsidTr="00F230E2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20256A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Components Need to Replace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S. No.</w:t>
            </w:r>
          </w:p>
        </w:tc>
        <w:tc>
          <w:tcPr>
            <w:tcW w:w="7769" w:type="dxa"/>
            <w:gridSpan w:val="8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Description</w:t>
            </w:r>
          </w:p>
        </w:tc>
        <w:tc>
          <w:tcPr>
            <w:tcW w:w="2160" w:type="dxa"/>
            <w:gridSpan w:val="2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Quantity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comp_need_replace</w:t>
            </w:r>
            <w:r w:rsidR="001C2D35">
              <w:rPr>
                <w:rFonts w:ascii="Calibri" w:hAnsi="Calibri" w:cs="Calibri"/>
                <w:sz w:val="15"/>
                <w:szCs w:val="15"/>
              </w:rPr>
              <w:t>Desc1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comp_need_replace</w:t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>Qnt1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comp_need_replace</w:t>
            </w:r>
            <w:r w:rsidR="001C2D35">
              <w:rPr>
                <w:rFonts w:ascii="Calibri" w:hAnsi="Calibri" w:cs="Calibri"/>
                <w:sz w:val="15"/>
                <w:szCs w:val="15"/>
              </w:rPr>
              <w:t>Desc2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comp_need_replace</w:t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>Qnt</w:t>
            </w:r>
            <w:r w:rsidR="001C2D35">
              <w:rPr>
                <w:rFonts w:ascii="Calibri" w:hAnsi="Calibri" w:cs="Calibri"/>
                <w:sz w:val="15"/>
                <w:szCs w:val="15"/>
              </w:rPr>
              <w:t>2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comp_need_replace</w:t>
            </w:r>
            <w:r w:rsidR="001C2D35">
              <w:rPr>
                <w:rFonts w:ascii="Calibri" w:hAnsi="Calibri" w:cs="Calibri"/>
                <w:sz w:val="15"/>
                <w:szCs w:val="15"/>
              </w:rPr>
              <w:t>Desc3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comp_need_replace</w:t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>Qnt</w:t>
            </w:r>
            <w:r w:rsidR="001C2D35">
              <w:rPr>
                <w:rFonts w:ascii="Calibri" w:hAnsi="Calibri" w:cs="Calibri"/>
                <w:sz w:val="15"/>
                <w:szCs w:val="15"/>
              </w:rPr>
              <w:t>3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comp_need_replace</w:t>
            </w:r>
            <w:r w:rsidR="001C2D35">
              <w:rPr>
                <w:rFonts w:ascii="Calibri" w:hAnsi="Calibri" w:cs="Calibri"/>
                <w:sz w:val="15"/>
                <w:szCs w:val="15"/>
              </w:rPr>
              <w:t>Desc4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comp_need_replace</w:t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>Qnt</w:t>
            </w:r>
            <w:r w:rsidR="001C2D35">
              <w:rPr>
                <w:rFonts w:ascii="Calibri" w:hAnsi="Calibri" w:cs="Calibri"/>
                <w:sz w:val="15"/>
                <w:szCs w:val="15"/>
              </w:rPr>
              <w:t>4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5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comp_need_replace</w:t>
            </w:r>
            <w:r w:rsidR="001C2D35">
              <w:rPr>
                <w:rFonts w:ascii="Calibri" w:hAnsi="Calibri" w:cs="Calibri"/>
                <w:sz w:val="15"/>
                <w:szCs w:val="15"/>
              </w:rPr>
              <w:t>Desc5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comp_need_replace</w:t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>Qnt</w:t>
            </w:r>
            <w:r w:rsidR="001C2D35">
              <w:rPr>
                <w:rFonts w:ascii="Calibri" w:hAnsi="Calibri" w:cs="Calibri"/>
                <w:sz w:val="15"/>
                <w:szCs w:val="15"/>
              </w:rPr>
              <w:t>5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19126C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6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comp_need_replace</w:t>
            </w:r>
            <w:r w:rsidR="001C2D35">
              <w:rPr>
                <w:rFonts w:ascii="Calibri" w:hAnsi="Calibri" w:cs="Calibri"/>
                <w:sz w:val="15"/>
                <w:szCs w:val="15"/>
              </w:rPr>
              <w:t>Desc6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comp_need_replace</w:t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>Qnt</w:t>
            </w:r>
            <w:r w:rsidR="001C2D35">
              <w:rPr>
                <w:rFonts w:ascii="Calibri" w:hAnsi="Calibri" w:cs="Calibri"/>
                <w:sz w:val="15"/>
                <w:szCs w:val="15"/>
              </w:rPr>
              <w:t>6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19126C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7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>comp_need_replace</w:t>
            </w:r>
            <w:r w:rsidR="001C2D35">
              <w:rPr>
                <w:rFonts w:ascii="Calibri" w:hAnsi="Calibri" w:cs="Calibri"/>
                <w:sz w:val="15"/>
                <w:szCs w:val="15"/>
              </w:rPr>
              <w:t>Desc7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2160" w:type="dxa"/>
            <w:gridSpan w:val="2"/>
          </w:tcPr>
          <w:p w:rsidR="00AF1173" w:rsidRPr="00B96AC1" w:rsidRDefault="00ED500A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Pr="00ED500A">
              <w:rPr>
                <w:rFonts w:ascii="Calibri" w:hAnsi="Calibri" w:cs="Calibri"/>
                <w:sz w:val="15"/>
                <w:szCs w:val="15"/>
              </w:rPr>
              <w:t>comp_need_replace</w:t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>Qnt</w:t>
            </w:r>
            <w:r w:rsidR="001C2D35">
              <w:rPr>
                <w:rFonts w:ascii="Calibri" w:hAnsi="Calibri" w:cs="Calibri"/>
                <w:sz w:val="15"/>
                <w:szCs w:val="15"/>
              </w:rPr>
              <w:t>7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AF1173" w:rsidRPr="008E5764" w:rsidTr="002D503D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DD3714">
        <w:trPr>
          <w:trHeight w:val="376"/>
        </w:trPr>
        <w:tc>
          <w:tcPr>
            <w:tcW w:w="11016" w:type="dxa"/>
            <w:gridSpan w:val="11"/>
          </w:tcPr>
          <w:p w:rsidR="00AF1173" w:rsidRPr="008E5764" w:rsidRDefault="00AF1173" w:rsidP="00AF1173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Technical Suggestion if 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any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-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61455C">
              <w:rPr>
                <w:rFonts w:ascii="Calibri" w:hAnsi="Calibri" w:cs="Calibri"/>
                <w:sz w:val="15"/>
                <w:szCs w:val="15"/>
              </w:rPr>
              <w:t>technical_suggestion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AF1173" w:rsidRPr="008E5764" w:rsidTr="00ED500A">
        <w:tc>
          <w:tcPr>
            <w:tcW w:w="2179" w:type="dxa"/>
            <w:gridSpan w:val="3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Customer Comments if any</w:t>
            </w:r>
          </w:p>
        </w:tc>
        <w:tc>
          <w:tcPr>
            <w:tcW w:w="8837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61455C">
              <w:rPr>
                <w:rFonts w:ascii="Calibri" w:hAnsi="Calibri" w:cs="Calibri"/>
                <w:sz w:val="15"/>
                <w:szCs w:val="15"/>
              </w:rPr>
              <w:t>customer_comment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</w:tr>
      <w:tr w:rsidR="00AF1173" w:rsidRPr="008E5764" w:rsidTr="008A398A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5C0A86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8937C6">
        <w:tc>
          <w:tcPr>
            <w:tcW w:w="11016" w:type="dxa"/>
            <w:gridSpan w:val="11"/>
          </w:tcPr>
          <w:p w:rsidR="00AF1173" w:rsidRPr="008E5764" w:rsidRDefault="00AF1173" w:rsidP="00AF1173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Reported Complaints have been Rectified, Servicing Done to Our Satisfaction. We agree to pay your Charges for the same if applicable</w:t>
            </w:r>
          </w:p>
        </w:tc>
      </w:tr>
      <w:tr w:rsidR="00AF1173" w:rsidRPr="008E5764" w:rsidTr="00161B05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376"/>
        </w:trPr>
        <w:tc>
          <w:tcPr>
            <w:tcW w:w="3270" w:type="dxa"/>
            <w:gridSpan w:val="4"/>
            <w:vMerge w:val="restart"/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Customer Sign &amp; Seal</w:t>
            </w:r>
          </w:p>
          <w:p w:rsidR="00053A22" w:rsidRPr="00B96AC1" w:rsidRDefault="00B96AC1" w:rsidP="00053A22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13333C">
              <w:rPr>
                <w:rFonts w:ascii="Calibri" w:hAnsi="Calibri" w:cs="Calibri"/>
                <w:sz w:val="15"/>
                <w:szCs w:val="15"/>
              </w:rPr>
              <w:t>customer_sign_seal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053A22" w:rsidRPr="00B96AC1" w:rsidRDefault="00053A22" w:rsidP="00053A22">
            <w:pPr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Name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2F6812">
              <w:rPr>
                <w:rFonts w:ascii="Calibri" w:hAnsi="Calibri" w:cs="Calibri"/>
                <w:sz w:val="15"/>
                <w:szCs w:val="15"/>
              </w:rPr>
              <w:t>contact_name</w:t>
            </w:r>
            <w:r w:rsid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Designation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2F6812">
              <w:rPr>
                <w:rFonts w:ascii="Calibri" w:hAnsi="Calibri" w:cs="Calibri"/>
                <w:sz w:val="15"/>
                <w:szCs w:val="15"/>
              </w:rPr>
              <w:t>contact_designation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Number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2F6812">
              <w:rPr>
                <w:rFonts w:ascii="Calibri" w:hAnsi="Calibri" w:cs="Calibri"/>
                <w:sz w:val="15"/>
                <w:szCs w:val="15"/>
              </w:rPr>
              <w:t>contact_number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2184" w:type="dxa"/>
            <w:gridSpan w:val="2"/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Equipment is OK</w:t>
            </w:r>
          </w:p>
        </w:tc>
        <w:tc>
          <w:tcPr>
            <w:tcW w:w="982" w:type="dxa"/>
          </w:tcPr>
          <w:p w:rsidR="00053A22" w:rsidRPr="00B96AC1" w:rsidRDefault="00B96AC1" w:rsidP="00053A22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2F6812">
              <w:rPr>
                <w:rFonts w:ascii="Calibri" w:hAnsi="Calibri" w:cs="Calibri"/>
                <w:sz w:val="15"/>
                <w:szCs w:val="15"/>
              </w:rPr>
              <w:t>eq_is_ok</w:t>
            </w:r>
            <w:r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4580" w:type="dxa"/>
            <w:gridSpan w:val="4"/>
            <w:vMerge w:val="restart"/>
          </w:tcPr>
          <w:p w:rsidR="00053A22" w:rsidRDefault="00053A22" w:rsidP="00053A22">
            <w:pPr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Connected 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Load:-</w:t>
            </w:r>
            <w:proofErr w:type="gramEnd"/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>{</w:t>
            </w:r>
            <w:r w:rsidR="0013333C">
              <w:rPr>
                <w:rFonts w:ascii="Calibri" w:hAnsi="Calibri" w:cs="Calibri"/>
                <w:sz w:val="15"/>
                <w:szCs w:val="15"/>
              </w:rPr>
              <w:t>connected_load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Engineer Name: {engineer_name}</w:t>
            </w: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Engineer Contact: {engineer_contact}</w:t>
            </w: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992D95" w:rsidRPr="00992D95" w:rsidRDefault="00992D95" w:rsidP="00053A22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992D95">
              <w:rPr>
                <w:rFonts w:ascii="Calibri" w:hAnsi="Calibri" w:cs="Calibri"/>
                <w:b/>
                <w:bCs/>
                <w:sz w:val="18"/>
                <w:szCs w:val="18"/>
              </w:rPr>
              <w:t>{engineer_digital_signature}</w:t>
            </w:r>
          </w:p>
        </w:tc>
      </w:tr>
      <w:tr w:rsidR="002673EE" w:rsidRPr="008E5764" w:rsidTr="00ED500A">
        <w:trPr>
          <w:trHeight w:val="376"/>
        </w:trPr>
        <w:tc>
          <w:tcPr>
            <w:tcW w:w="3270" w:type="dxa"/>
            <w:gridSpan w:val="4"/>
            <w:vMerge/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4" w:type="dxa"/>
            <w:gridSpan w:val="2"/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Equipment is Not OK</w:t>
            </w:r>
          </w:p>
        </w:tc>
        <w:tc>
          <w:tcPr>
            <w:tcW w:w="982" w:type="dxa"/>
          </w:tcPr>
          <w:p w:rsidR="00053A22" w:rsidRPr="00B96AC1" w:rsidRDefault="002F6812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{eq_n_ok</w:t>
            </w:r>
            <w:r w:rsidR="00B96AC1"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4580" w:type="dxa"/>
            <w:gridSpan w:val="4"/>
            <w:vMerge/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400"/>
        </w:trPr>
        <w:tc>
          <w:tcPr>
            <w:tcW w:w="327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4" w:type="dxa"/>
            <w:gridSpan w:val="2"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 Carried Over</w:t>
            </w:r>
          </w:p>
        </w:tc>
        <w:tc>
          <w:tcPr>
            <w:tcW w:w="982" w:type="dxa"/>
            <w:tcBorders>
              <w:bottom w:val="single" w:sz="4" w:space="0" w:color="auto"/>
            </w:tcBorders>
          </w:tcPr>
          <w:p w:rsidR="00053A22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13333C">
              <w:rPr>
                <w:rFonts w:ascii="Calibri" w:hAnsi="Calibri" w:cs="Calibri"/>
                <w:sz w:val="15"/>
                <w:szCs w:val="15"/>
              </w:rPr>
              <w:t>CCO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458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183"/>
        </w:trPr>
        <w:tc>
          <w:tcPr>
            <w:tcW w:w="327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4" w:type="dxa"/>
            <w:gridSpan w:val="2"/>
            <w:tcBorders>
              <w:bottom w:val="single" w:sz="4" w:space="0" w:color="auto"/>
            </w:tcBorders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 Chargeable</w:t>
            </w:r>
          </w:p>
        </w:tc>
        <w:tc>
          <w:tcPr>
            <w:tcW w:w="982" w:type="dxa"/>
            <w:tcBorders>
              <w:bottom w:val="single" w:sz="4" w:space="0" w:color="auto"/>
            </w:tcBorders>
          </w:tcPr>
          <w:p w:rsidR="00053A22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>{</w:t>
            </w:r>
            <w:r w:rsidR="0013333C">
              <w:rPr>
                <w:rFonts w:ascii="Calibri" w:hAnsi="Calibri" w:cs="Calibri"/>
                <w:sz w:val="15"/>
                <w:szCs w:val="15"/>
              </w:rPr>
              <w:t>CC</w:t>
            </w:r>
            <w:r>
              <w:rPr>
                <w:rFonts w:ascii="Calibri" w:hAnsi="Calibri" w:cs="Calibri"/>
                <w:sz w:val="15"/>
                <w:szCs w:val="15"/>
              </w:rPr>
              <w:t>}</w:t>
            </w:r>
          </w:p>
        </w:tc>
        <w:tc>
          <w:tcPr>
            <w:tcW w:w="458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053A22" w:rsidRPr="008E5764" w:rsidTr="007E6CBD">
        <w:tc>
          <w:tcPr>
            <w:tcW w:w="11016" w:type="dxa"/>
            <w:gridSpan w:val="11"/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8E5764" w:rsidRPr="008E5764" w:rsidTr="00CB1920">
        <w:tc>
          <w:tcPr>
            <w:tcW w:w="11016" w:type="dxa"/>
            <w:gridSpan w:val="11"/>
          </w:tcPr>
          <w:p w:rsidR="008E5764" w:rsidRPr="008E5764" w:rsidRDefault="008E5764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762"/>
        </w:trPr>
        <w:tc>
          <w:tcPr>
            <w:tcW w:w="4362" w:type="dxa"/>
            <w:gridSpan w:val="5"/>
            <w:vAlign w:val="center"/>
          </w:tcPr>
          <w:p w:rsidR="008E5764" w:rsidRPr="008E5764" w:rsidRDefault="008E5764" w:rsidP="008E5764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Customer Care 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Number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9045254014</w:t>
            </w:r>
          </w:p>
        </w:tc>
        <w:tc>
          <w:tcPr>
            <w:tcW w:w="3409" w:type="dxa"/>
            <w:gridSpan w:val="3"/>
            <w:vAlign w:val="center"/>
          </w:tcPr>
          <w:p w:rsidR="008E5764" w:rsidRPr="008E5764" w:rsidRDefault="008E5764" w:rsidP="008E5764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Email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support@tristarengineer.com</w:t>
            </w:r>
          </w:p>
        </w:tc>
        <w:tc>
          <w:tcPr>
            <w:tcW w:w="3245" w:type="dxa"/>
            <w:gridSpan w:val="3"/>
            <w:vAlign w:val="center"/>
          </w:tcPr>
          <w:p w:rsidR="008E5764" w:rsidRPr="008E5764" w:rsidRDefault="008E5764" w:rsidP="008E5764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Tristarengineer.com</w:t>
            </w:r>
          </w:p>
        </w:tc>
      </w:tr>
    </w:tbl>
    <w:p w:rsidR="00927C05" w:rsidRPr="008E5764" w:rsidRDefault="00927C05" w:rsidP="00465CF0">
      <w:pPr>
        <w:jc w:val="center"/>
        <w:rPr>
          <w:rFonts w:ascii="Calibri" w:hAnsi="Calibri" w:cs="Calibri"/>
          <w:b/>
          <w:bCs/>
          <w:sz w:val="15"/>
          <w:szCs w:val="15"/>
        </w:rPr>
      </w:pPr>
    </w:p>
    <w:sectPr w:rsidR="00927C05" w:rsidRPr="008E5764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17462920">
    <w:abstractNumId w:val="8"/>
  </w:num>
  <w:num w:numId="2" w16cid:durableId="1549996163">
    <w:abstractNumId w:val="6"/>
  </w:num>
  <w:num w:numId="3" w16cid:durableId="494346201">
    <w:abstractNumId w:val="5"/>
  </w:num>
  <w:num w:numId="4" w16cid:durableId="433862548">
    <w:abstractNumId w:val="4"/>
  </w:num>
  <w:num w:numId="5" w16cid:durableId="2012877160">
    <w:abstractNumId w:val="7"/>
  </w:num>
  <w:num w:numId="6" w16cid:durableId="722562060">
    <w:abstractNumId w:val="3"/>
  </w:num>
  <w:num w:numId="7" w16cid:durableId="2111197000">
    <w:abstractNumId w:val="2"/>
  </w:num>
  <w:num w:numId="8" w16cid:durableId="883979786">
    <w:abstractNumId w:val="1"/>
  </w:num>
  <w:num w:numId="9" w16cid:durableId="219874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2F2B"/>
    <w:rsid w:val="00034616"/>
    <w:rsid w:val="00053A22"/>
    <w:rsid w:val="0006063C"/>
    <w:rsid w:val="0013333C"/>
    <w:rsid w:val="0015074B"/>
    <w:rsid w:val="0019126C"/>
    <w:rsid w:val="001C2D35"/>
    <w:rsid w:val="001E43BC"/>
    <w:rsid w:val="001F2C16"/>
    <w:rsid w:val="002673EE"/>
    <w:rsid w:val="00281FB4"/>
    <w:rsid w:val="0029530E"/>
    <w:rsid w:val="0029639D"/>
    <w:rsid w:val="002F6812"/>
    <w:rsid w:val="00326F90"/>
    <w:rsid w:val="003F2D4D"/>
    <w:rsid w:val="00452357"/>
    <w:rsid w:val="00465CF0"/>
    <w:rsid w:val="004839C4"/>
    <w:rsid w:val="004B0468"/>
    <w:rsid w:val="006056F0"/>
    <w:rsid w:val="0061455C"/>
    <w:rsid w:val="007E65FE"/>
    <w:rsid w:val="00813B3F"/>
    <w:rsid w:val="008E5764"/>
    <w:rsid w:val="00927C05"/>
    <w:rsid w:val="00992D95"/>
    <w:rsid w:val="009A3905"/>
    <w:rsid w:val="009A590D"/>
    <w:rsid w:val="00A42B2A"/>
    <w:rsid w:val="00AA1D8D"/>
    <w:rsid w:val="00AF1173"/>
    <w:rsid w:val="00B47730"/>
    <w:rsid w:val="00B96AC1"/>
    <w:rsid w:val="00C30D34"/>
    <w:rsid w:val="00C352AD"/>
    <w:rsid w:val="00CB0664"/>
    <w:rsid w:val="00D60C50"/>
    <w:rsid w:val="00D75F85"/>
    <w:rsid w:val="00DB4135"/>
    <w:rsid w:val="00DE70AE"/>
    <w:rsid w:val="00E101A6"/>
    <w:rsid w:val="00E172B9"/>
    <w:rsid w:val="00ED500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67C8E6"/>
  <w14:defaultImageDpi w14:val="300"/>
  <w15:docId w15:val="{8B234AF9-C70E-804F-B8D5-7EFCCC129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465CF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5C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7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90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92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8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9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5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0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34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2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Shivam Sharma</cp:lastModifiedBy>
  <cp:revision>43</cp:revision>
  <dcterms:created xsi:type="dcterms:W3CDTF">2013-12-23T23:15:00Z</dcterms:created>
  <dcterms:modified xsi:type="dcterms:W3CDTF">2025-11-26T08:57:00Z</dcterms:modified>
  <cp:category/>
</cp:coreProperties>
</file>